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Torishima Island, Izu Islands,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smoking volcanic peak rising from the open Pacific, Torishima is one of Earth's most dramatic wildlife spectacles — home to the critically endangered short-tailed albatross and visited only from the ship's rail.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Scenic cruising (no landing) · 🕒 Typical call: 1-3 hrs at sea · 🐦 Wildlife: Short-tailed Albatross · 🌋 Active volcano · 🗣️ Uninhabited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Scenic cruising only — landing prohibited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Albatross &amp; seabird watching, volcanic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Short-tailed Albatross on the caldera slopes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Bring: </w:t>
      </w:r>
      <w:r>
        <w:rPr>
          <w:rFonts w:ascii="Arial" w:hAnsi="Arial" w:cs="Arial"/>
          <w:b w:val="0"/>
          <w:i w:val="0"/>
          <w:sz w:val="20"/>
        </w:rPr>
        <w:t>Binoculars &amp; telephoto lens (300mm+)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Short-tailed Albatross Watch — </w:t>
      </w:r>
      <w:r>
        <w:rPr>
          <w:rFonts w:ascii="Arial" w:hAnsi="Arial" w:cs="Arial"/>
          <w:b w:val="0"/>
          <w:i w:val="0"/>
          <w:sz w:val="20"/>
        </w:rPr>
        <w:t>Scan the caldera slopes of Iwo-yama for the critically endangered short-tailed albatross (Phoebastria albatrus), one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Volcanic Landscape Scenic Cruise — </w:t>
      </w:r>
      <w:r>
        <w:rPr>
          <w:rFonts w:ascii="Arial" w:hAnsi="Arial" w:cs="Arial"/>
          <w:b w:val="0"/>
          <w:i w:val="0"/>
          <w:sz w:val="20"/>
        </w:rPr>
        <w:t>Iwo-yama, Torishima's active summit volcano, towers steeply above the sea with sulfurous vents visible on clear days.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John Manjiro Shipwreck Story — </w:t>
      </w:r>
      <w:r>
        <w:rPr>
          <w:rFonts w:ascii="Arial" w:hAnsi="Arial" w:cs="Arial"/>
          <w:b w:val="0"/>
          <w:i w:val="0"/>
          <w:sz w:val="20"/>
        </w:rPr>
        <w:t>In 1841, a 14-year-old fisherman named Nakahama Manjiro (later known as John Manjiro) and his crew were shipwrecked on Torishima…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Promenade Deck Circuit: </w:t>
      </w:r>
      <w:r>
        <w:rPr>
          <w:rFonts w:ascii="Arial" w:hAnsi="Arial" w:cs="Arial"/>
          <w:b w:val="0"/>
          <w:i w:val="0"/>
          <w:sz w:val="20"/>
        </w:rPr>
        <w:t>On board | Flat | No time limit — Lap the ship's open promenade deck as you circle the island, moving from bow to stern to track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5:10AM–6:12PM · Jun 4:28AM–6:54PM · Aug 5:02AM–6:28PM · Sep 5:24AM–5:48PM · Oct 5:46AM–5:07PM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serious optics. The ship stays well offshore. Standard compact binoculars may disappoint — 8×42 minimum, and a telephoto camera lens of 300mm or more…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Expect rough seas. Torishima sits in open Pacific in the Kuroshio Current. If you're prone to seasickness, take medication the night before and morning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Sighting not guaranteed. Active seismic activity, fog, or Japan Coast Guard advisories can push the ship further away or cause a bypass. It's nature — build…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cruiseports.org/torishima-island-japan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