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Topolobampo, Sinaloa, Mexico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An authentic Sinaloan port on the Sea of Cortez — gateway to the world's greatest canyon train journey, wild dolphins, and some of the best seafood in Mexico.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8-10 hrs · 💵 Mexican Peso preferred · 🗣️ Spanish — little English · 🐬 Dolphin bay tours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at commercial pier; shuttle to Malecón (5-10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~20 min on foot from berth, or take ship/port shuttle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Copper Canyon day trips, bay boat tours, Sinaloan seafood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El Pechocho the friendly wild dolphin &amp; pescado zarandeado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70–120 MXN (~–7 USD) — Taxis wait dockside. Agree on the fare before you ride — meters are not common. Short rides around town are inexpensive.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Copper Canyon by Rail (El Chepe Train) — </w:t>
      </w:r>
      <w:r>
        <w:rPr>
          <w:rFonts w:ascii="Arial" w:hAnsi="Arial" w:cs="Arial"/>
          <w:b w:val="0"/>
          <w:i w:val="0"/>
          <w:sz w:val="20"/>
        </w:rPr>
        <w:t>The Barrancas del Cobre system is four times larger than the Grand Canyon.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Topolobampo Bay Dolphin &amp; Bird Tour — </w:t>
      </w:r>
      <w:r>
        <w:rPr>
          <w:rFonts w:ascii="Arial" w:hAnsi="Arial" w:cs="Arial"/>
          <w:b w:val="0"/>
          <w:i w:val="0"/>
          <w:sz w:val="20"/>
        </w:rPr>
        <w:t>Hire a local panga (small motorboat) at the Malecón to explore the mangrove-lined bay.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Playa El Maviri Beach Day — </w:t>
      </w:r>
      <w:r>
        <w:rPr>
          <w:rFonts w:ascii="Arial" w:hAnsi="Arial" w:cs="Arial"/>
          <w:b w:val="0"/>
          <w:i w:val="0"/>
          <w:sz w:val="20"/>
        </w:rPr>
        <w:t>A long sandy barrier island 15–20 minutes by taxi from the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 Fuerte Colonial Town — </w:t>
      </w:r>
      <w:r>
        <w:rPr>
          <w:rFonts w:ascii="Arial" w:hAnsi="Arial" w:cs="Arial"/>
          <w:b w:val="0"/>
          <w:i w:val="0"/>
          <w:sz w:val="20"/>
        </w:rPr>
        <w:t>About 90 minutes inland, El Fuerte is a beautifully preserved colonial town and the reputed birthplace of Zorro lore.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 Farallón Sea Lion Island — </w:t>
      </w:r>
      <w:r>
        <w:rPr>
          <w:rFonts w:ascii="Arial" w:hAnsi="Arial" w:cs="Arial"/>
          <w:b w:val="0"/>
          <w:i w:val="0"/>
          <w:sz w:val="20"/>
        </w:rPr>
        <w:t>A rocky island about 15 km offshore, home to a lively sea lion colony and bird rookery.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Malecón &amp; Mirador Stroll: </w:t>
      </w:r>
      <w:r>
        <w:rPr>
          <w:rFonts w:ascii="Arial" w:hAnsi="Arial" w:cs="Arial"/>
          <w:b w:val="0"/>
          <w:i w:val="0"/>
          <w:sz w:val="20"/>
        </w:rPr>
        <w:t>Easy • ~1 hr • Free — Walk the renovated waterfront promenade for bay views and the colorful 'Topolobampo' sign, then…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Playa El Maviri Palapa Walk: </w:t>
      </w:r>
      <w:r>
        <w:rPr>
          <w:rFonts w:ascii="Arial" w:hAnsi="Arial" w:cs="Arial"/>
          <w:b w:val="0"/>
          <w:i w:val="0"/>
          <w:sz w:val="20"/>
        </w:rPr>
        <w:t>Easy • 2-3 hrs • Taxi required — Taxi to El Maviri beach, then walk the sandy strip past the row of palapa restaurants.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5:30AM–6:54PM · Jul 5:35AM–7:09PM · Sep 6:02AM–6:19PM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cruiseports.org/topolobampo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Topolobampo, Sinaloa, Mexico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opolobamp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Letras de Topolobampo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Pechocho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Tirolesa Playa Maviri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