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Toliara, Atsimo-Andrefana, Madagascar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Known as the "City of the Sun," Toliara opens the door to one of Earth's most bizarre ecosystems — the spiny forest — plus ancient baobabs, Vezo fishermen in outrigger pirogues, and beautiful coral reefs just a short drive up the coast.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(Mahavatsy Pier) · 🕒 Typical call: 8-10 hrs · 💵 Malagasy Ariary (MGA) / Euros accepted · 🗣️ French &amp; Malagasy · 🌿 Wildlife &amp; nature focus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Mahavatsy Pier — commercial port, ~2 km from town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~2 km / 25 min on foot; tuk-tuk or taxi recommended in heat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Spiny forest, baobabs, snorkeling at Ifaty, Vezo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Arboretum d'Antsokay and Reniala Reserve near Ifaty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$3–5 USD — Taxis are plentiful near Mahavatsy Pier, about 2 km from city center. No meters — always negotiate the fare before you 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Arboretum d'Antsokay — </w:t>
      </w:r>
      <w:r>
        <w:rPr>
          <w:rFonts w:ascii="Arial" w:hAnsi="Arial" w:cs="Arial"/>
          <w:b w:val="0"/>
          <w:i w:val="0"/>
          <w:sz w:val="20"/>
        </w:rPr>
        <w:t>A 40-hectare botanical reserve 12 km from port preserving 900+ plant species from Madagascar's sub-arid south — 90% endemic.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Reniala Reserve &amp; Baobabs (Ifaty) — </w:t>
      </w:r>
      <w:r>
        <w:rPr>
          <w:rFonts w:ascii="Arial" w:hAnsi="Arial" w:cs="Arial"/>
          <w:b w:val="0"/>
          <w:i w:val="0"/>
          <w:sz w:val="20"/>
        </w:rPr>
        <w:t>Drive 30 km north to this spiny-forest sanctuary near Ifaty, home to a 1,200-year-old baobab, ring-tailed lemurs, radiated…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Ifaty Beach &amp; Snorkeling — </w:t>
      </w:r>
      <w:r>
        <w:rPr>
          <w:rFonts w:ascii="Arial" w:hAnsi="Arial" w:cs="Arial"/>
          <w:b w:val="0"/>
          <w:i w:val="0"/>
          <w:sz w:val="20"/>
        </w:rPr>
        <w:t>White-sand beaches backed by a lush coral reef system, about 30 km north of the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Musée de la Mer (Coelacanth) — </w:t>
      </w:r>
      <w:r>
        <w:rPr>
          <w:rFonts w:ascii="Arial" w:hAnsi="Arial" w:cs="Arial"/>
          <w:b w:val="0"/>
          <w:i w:val="0"/>
          <w:sz w:val="20"/>
        </w:rPr>
        <w:t>A small university museum near the waterfront showcasing a preserved coelacanth — the prehistoric "living fossil" rediscovered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&amp; Pousse-Pousse Ride — </w:t>
      </w:r>
      <w:r>
        <w:rPr>
          <w:rFonts w:ascii="Arial" w:hAnsi="Arial" w:cs="Arial"/>
          <w:b w:val="0"/>
          <w:i w:val="0"/>
          <w:sz w:val="20"/>
        </w:rPr>
        <w:t>Explore the vibrant Marché de Coquillages craft market, stroll La Corniche waterfront, and take a pousse-pousse (rickshaw) ride…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&amp; Craft Market Stroll: </w:t>
      </w:r>
      <w:r>
        <w:rPr>
          <w:rFonts w:ascii="Arial" w:hAnsi="Arial" w:cs="Arial"/>
          <w:b w:val="0"/>
          <w:i w:val="0"/>
          <w:sz w:val="20"/>
        </w:rPr>
        <w:t>1.5 km · 30 min · Easy — Walk from the port gate along the seafront to La Corniche promenade, watch Vezo fishermen launching…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6:19AM–5:51PM · Jun 6:44AM–5:26PM · Aug 6:30AM–5:48PM · Sep 6:02AM–5:59PM · Oct 5:32AM–6:09PM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Cash is king. Malagasy Ariary (MGA) is the currency; Euros are widely accepted by drivers and vendors. Credit cards rarely work outside upscale hotels. ATMs…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Extreme heat. Toliara is one of the sunniest, driest cities in Madagascar. Wear a hat, light clothing, and high-SPF sunscreen, and carry plenty of bottled…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Negotiate before you board. Always agree on a fare with tuk-tuks, taxis, and pousse-pousse before getting in. A town ride costs 5,000–10,000 MGA (~$1–2). Day…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cruiseports.org/toliara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