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Tolagnaro, Anosy, Madagascar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three ecosystems collide at the far southeastern tip of Madagascar — jungle, spiny desert, and turquoise Indian Ocean — Tolagnaro delivers lemurs, cheap lobster, and scenery that rewards the effort to get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(large ships) / Tender (expedition) · 🕒 Typical call: 7–9 hrs · 💵 Malagasy Ariary (MGA); EUR/USD accepted · 🗣️ Malagasy &amp;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pier at Port d'Ehoala (~10 km from town); expedition vessels tender to town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deep-water pier — shuttle or taxi required; tender landing is a short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Lemur encounters, tropical beaches, fresh lobster, wilderness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Nahampoana Reserve for lemurs up close, Libanona Beach, lobster lunch in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10,000–15,000 MGA (~–3 USD) one-way — Taxis wait at the port gate. No meters — negotiate and confirm the fare before departing. Carry small Ariary notes.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Nahampoana Reserve — Lemur Encounter — </w:t>
      </w:r>
      <w:r>
        <w:rPr>
          <w:rFonts w:ascii="Arial" w:hAnsi="Arial" w:cs="Arial"/>
          <w:b w:val="0"/>
          <w:i w:val="0"/>
          <w:sz w:val="20"/>
        </w:rPr>
        <w:t>A well-managed private reserve 7 km north of town with lush bamboo gardens and free-roaming lemurs — ring-tailed, Verreaux's…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Lokaro Bay Full-Day Adventure — </w:t>
      </w:r>
      <w:r>
        <w:rPr>
          <w:rFonts w:ascii="Arial" w:hAnsi="Arial" w:cs="Arial"/>
          <w:b w:val="0"/>
          <w:i w:val="0"/>
          <w:sz w:val="20"/>
        </w:rPr>
        <w:t>A breathtaking hidden bay surrounded by jungle-covered hills and mangroves.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Libanona Beach Day — </w:t>
      </w:r>
      <w:r>
        <w:rPr>
          <w:rFonts w:ascii="Arial" w:hAnsi="Arial" w:cs="Arial"/>
          <w:b w:val="0"/>
          <w:i w:val="0"/>
          <w:sz w:val="20"/>
        </w:rPr>
        <w:t>Tolagnaro's crown jewel beach: golden sand, sheltered turquoise water safe for swimming, and a relaxed local vibe.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Flacourt &amp; Town Walk — </w:t>
      </w:r>
      <w:r>
        <w:rPr>
          <w:rFonts w:ascii="Arial" w:hAnsi="Arial" w:cs="Arial"/>
          <w:b w:val="0"/>
          <w:i w:val="0"/>
          <w:sz w:val="20"/>
        </w:rPr>
        <w:t>The ruins of a French fort dating to 1643 — one of the oldest European structures in Madagascar — offer harbor views and a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 Saint Louis Hike — </w:t>
      </w:r>
      <w:r>
        <w:rPr>
          <w:rFonts w:ascii="Arial" w:hAnsi="Arial" w:cs="Arial"/>
          <w:b w:val="0"/>
          <w:i w:val="0"/>
          <w:sz w:val="20"/>
        </w:rPr>
        <w:t>Climb the 529 m peak above town for 360° panoramas of the bays, Libanona Beach, and mountain ranges stretching to the horizon.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Libanona Beach: </w:t>
      </w:r>
      <w:r>
        <w:rPr>
          <w:rFonts w:ascii="Arial" w:hAnsi="Arial" w:cs="Arial"/>
          <w:b w:val="0"/>
          <w:i w:val="0"/>
          <w:sz w:val="20"/>
        </w:rPr>
        <w:t>1.5 km · 15–20 min · Easy — A straightforward walk from the town hall or Bazar Be market south through the peninsula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Waterfront &amp; Fort Flacourt: </w:t>
      </w:r>
      <w:r>
        <w:rPr>
          <w:rFonts w:ascii="Arial" w:hAnsi="Arial" w:cs="Arial"/>
          <w:b w:val="0"/>
          <w:i w:val="0"/>
          <w:sz w:val="20"/>
        </w:rPr>
        <w:t>1 km loop · 20–30 min · Easy — From the tender landing walk the waterfront toward the old fort ruins for harbor views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king. Credit cards are rarely accepted in town. Bring Malagasy Ariary or clean, uncreased EUR/USD bills — torn or heavily folded notes are often…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Malaria precautions required. Tolagnaro is in a malaria zone. Apply high-DEET repellent before going ashore, especially if visiting reserves. Long sleeves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Eat the lobster. Tolagnaro's spiny lobster is world-class and genuinely cheap by any standard — grilled langouste at Le Dauphin or Talinjoo restaurant is 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cruiseports.org/tolagnaro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