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Tokushima, Shikoku,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on a river delta on Shikoku's eastern coast, Tokushima blends 400 years of dance tradition with one of the world's most dramatic natural spectacles — the thundering Naruto whirlpools — and a pilgrimage culture that's still very much alive.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8-10 hrs · 💴 Currency: Japanese Yen (¥) · 🗣️ Language: Japanese · 🌸 Cultural / Nature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Okinosu-soto or Akaishi Wharf (Komatsushima area);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or taxi required (15-40 min by vehicle)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Japanese culture, natural wonders, pilgrimage temples,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Naruto Whirlpools and a bowl of Tokushima ramen with a raw egg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¥1,800 — From the closer Okinosu-soto Wharf, a taxi to Tokushima Station takes about 15 minutes and costs roughly ¥1,800. Good va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Naruto Whirlpools — </w:t>
      </w:r>
      <w:r>
        <w:rPr>
          <w:rFonts w:ascii="Arial" w:hAnsi="Arial" w:cs="Arial"/>
          <w:b w:val="0"/>
          <w:i w:val="0"/>
          <w:sz w:val="20"/>
        </w:rPr>
        <w:t>The Naruto Strait produces some of the world's largest tidal whirlpools — up to 20 m across during spring tides.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Awa Odori Kaikan &amp; Mt. Bizan — </w:t>
      </w:r>
      <w:r>
        <w:rPr>
          <w:rFonts w:ascii="Arial" w:hAnsi="Arial" w:cs="Arial"/>
          <w:b w:val="0"/>
          <w:i w:val="0"/>
          <w:sz w:val="20"/>
        </w:rPr>
        <w:t>The Awa Odori Kaikan museum celebrates Tokushima's 400-year-old dance festival with daily live performances you can join.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Tokushima Castle Ruins &amp; Park — </w:t>
      </w:r>
      <w:r>
        <w:rPr>
          <w:rFonts w:ascii="Arial" w:hAnsi="Arial" w:cs="Arial"/>
          <w:b w:val="0"/>
          <w:i w:val="0"/>
          <w:sz w:val="20"/>
        </w:rPr>
        <w:t>The stone foundations of the 16th-century Tokushima Castle sit in a leafy park beside the Shinmachi River, just minutes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Otsuka Museum of Art — </w:t>
      </w:r>
      <w:r>
        <w:rPr>
          <w:rFonts w:ascii="Arial" w:hAnsi="Arial" w:cs="Arial"/>
          <w:b w:val="0"/>
          <w:i w:val="0"/>
          <w:sz w:val="20"/>
        </w:rPr>
        <w:t>Japan's largest exhibition space houses over 1,000 full-size ceramic reproductions of Western masterpieces — from the Sistine…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Ryozenji Temple (Pilgrimage Temple 1) — </w:t>
      </w:r>
      <w:r>
        <w:rPr>
          <w:rFonts w:ascii="Arial" w:hAnsi="Arial" w:cs="Arial"/>
          <w:b w:val="0"/>
          <w:i w:val="0"/>
          <w:sz w:val="20"/>
        </w:rPr>
        <w:t>The official starting point of the 88-Temple Shikoku Pilgrimage, one of Buddhism's great walking routes.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Park &amp; Canal Loop: </w:t>
      </w:r>
      <w:r>
        <w:rPr>
          <w:rFonts w:ascii="Arial" w:hAnsi="Arial" w:cs="Arial"/>
          <w:b w:val="0"/>
          <w:i w:val="0"/>
          <w:sz w:val="20"/>
        </w:rPr>
        <w:t>2 km · 45 min · Easy — From Tokushima Station, cross west into Castle Park to explore the stone ruins and traditional…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5:00AM–6:56PM · Jul 5:01AM–7:13PM · Sep 5:44AM–6:08PM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cruiseports.org/tokushima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Tokushima, Shikoku,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kushi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Tenjin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Komatsu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Akuigawa Kasenshiki Ryokuchi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Seibu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Idoji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Tokushima Botanical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