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Tobermory,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Georgian Bay meets Lake Huron at the wild tip of the Bruce Peninsula — crystal freshwater, ancient limestone cliffs, and shipwrecks you can see from a glass-bottom boat.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 for cruise ships) · 🕒 Typical call: 7-9 hrs · 💵 Canadian Dollar (CAD) · 🗣️ English · 🌊 Fathom Five Marine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Little Tub Harbour — no dedicated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dock is right in the village; everything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Flowerpot Island boat tours, glass-bottom shipwreck cruises, hiking The Grotto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Glass-bottom boat over the Sweepstakes wreck (1885, only 20 ft down)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Flowerpot Island Drop-Off Cruise — </w:t>
      </w:r>
      <w:r>
        <w:rPr>
          <w:rFonts w:ascii="Arial" w:hAnsi="Arial" w:cs="Arial"/>
          <w:b w:val="0"/>
          <w:i w:val="0"/>
          <w:sz w:val="20"/>
        </w:rPr>
        <w:t>Boat out to Flowerpot Island in Fathom Five National Marine Park to see the iconic sea-stack rock formations, limestone caves,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Shipwreck Cruise — </w:t>
      </w:r>
      <w:r>
        <w:rPr>
          <w:rFonts w:ascii="Arial" w:hAnsi="Arial" w:cs="Arial"/>
          <w:b w:val="0"/>
          <w:i w:val="0"/>
          <w:sz w:val="20"/>
        </w:rPr>
        <w:t>See perfectly preserved 19th-century schooners through a glass-bottom boat hull — the cold fresh water of Lake Huron keeps wooden…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Grotto &amp; Indian Head Cove — </w:t>
      </w:r>
      <w:r>
        <w:rPr>
          <w:rFonts w:ascii="Arial" w:hAnsi="Arial" w:cs="Arial"/>
          <w:b w:val="0"/>
          <w:i w:val="0"/>
          <w:sz w:val="20"/>
        </w:rPr>
        <w:t>Hike through ancient Niagara Escarpment forest to The Grotto — a spectacular limestone sea cave with luminous turquoise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Fathom Five — </w:t>
      </w:r>
      <w:r>
        <w:rPr>
          <w:rFonts w:ascii="Arial" w:hAnsi="Arial" w:cs="Arial"/>
          <w:b w:val="0"/>
          <w:i w:val="0"/>
          <w:sz w:val="20"/>
        </w:rPr>
        <w:t>Dive operators in Tobermory run guided dives to multiple shipwrecks in Fathom Five National Marine Park — considered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Georgian Bay — </w:t>
      </w:r>
      <w:r>
        <w:rPr>
          <w:rFonts w:ascii="Arial" w:hAnsi="Arial" w:cs="Arial"/>
          <w:b w:val="0"/>
          <w:i w:val="0"/>
          <w:sz w:val="20"/>
        </w:rPr>
        <w:t>Guided kayak tours explore the rocky Georgian Bay shoreline, sea caves, and clear water above visible shipwrecks.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Tub Harbour Stroll: </w:t>
      </w:r>
      <w:r>
        <w:rPr>
          <w:rFonts w:ascii="Arial" w:hAnsi="Arial" w:cs="Arial"/>
          <w:b w:val="0"/>
          <w:i w:val="0"/>
          <w:sz w:val="20"/>
        </w:rPr>
        <w:t>1 km · 20 min · Flat · Paved — Walk the length of the harbour from the tender dock past Blue Heron Cruises, local shops, the Sweet…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Visitor Centre Lookout Tower: </w:t>
      </w:r>
      <w:r>
        <w:rPr>
          <w:rFonts w:ascii="Arial" w:hAnsi="Arial" w:cs="Arial"/>
          <w:b w:val="0"/>
          <w:i w:val="0"/>
          <w:sz w:val="20"/>
        </w:rPr>
        <w:t>0.5 km · 10 min · Easy — Walk up Chi sin tib dek Road to the Bruce Peninsula National Park Visitor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5:56AM–8:50PM · Jul 5:54AM–9:10PM · Sep 7:05AM–7:36PM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cruiseports.org/tobermory-on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Tobermory,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bermory-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Flowerpot Island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Tobermory Wave Adventures Cruises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Fathom Five National Marine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Grotto, Bruce Peninsula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Bruce Peninsula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Halfway Log Dump Parking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Little Cove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