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Toba, Mie,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the cultured pearl, Toba pairs a working fishing bay with one of Japan's most sacred pilgrimage routes — all within easy reach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&amp; tender) · 🕒 Typical call: 8–10 hrs · 💴 Currency: Japanese Yen (JPY) — carry cash · 🗣️ Language: Japanese (English at main sites) · 🦪 Known for: pearls, Ama divers,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Toba Bay; tenders land at Toba Marine Terminal (Sadahama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Toba Station and seafood stalls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Pearl culture history, Ama diver encounters, Ise Grand Shrine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Mikimoto Pearl Island Ama diver demonstrations (hourly)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¥400–¥750 base fare — Taxis are metered; the short ride from the terminal into central Toba will typically be at or just above the base fare.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Mikimoto Pearl Island — </w:t>
      </w:r>
      <w:r>
        <w:rPr>
          <w:rFonts w:ascii="Arial" w:hAnsi="Arial" w:cs="Arial"/>
          <w:b w:val="0"/>
          <w:i w:val="0"/>
          <w:sz w:val="20"/>
        </w:rPr>
        <w:t>Walk across the pedestrian bridge to the island where Kokichi Mikimoto perfected cultured pearls in 1893.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 Aquarium — </w:t>
      </w:r>
      <w:r>
        <w:rPr>
          <w:rFonts w:ascii="Arial" w:hAnsi="Arial" w:cs="Arial"/>
          <w:b w:val="0"/>
          <w:i w:val="0"/>
          <w:sz w:val="20"/>
        </w:rPr>
        <w:t>One of Japan's largest aquariums with 1,200+ species across 12 zones.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Ise Grand Shrine (Ise Jingu) Day Trip — </w:t>
      </w:r>
      <w:r>
        <w:rPr>
          <w:rFonts w:ascii="Arial" w:hAnsi="Arial" w:cs="Arial"/>
          <w:b w:val="0"/>
          <w:i w:val="0"/>
          <w:sz w:val="20"/>
        </w:rPr>
        <w:t>Japan's most sacred Shinto shrine — dedicated to sun goddess Amaterasu — sits in 5,500 hectares of ancient cedar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 Hut Experience (Osatsu) — </w:t>
      </w:r>
      <w:r>
        <w:rPr>
          <w:rFonts w:ascii="Arial" w:hAnsi="Arial" w:cs="Arial"/>
          <w:b w:val="0"/>
          <w:i w:val="0"/>
          <w:sz w:val="20"/>
        </w:rPr>
        <w:t>Meet real Ama divers at a traditional Ama-goya hut where they grill fresh-caught abalone, lobster, and shellfish over an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Meoto Iwa — The Wedded Rocks — </w:t>
      </w:r>
      <w:r>
        <w:rPr>
          <w:rFonts w:ascii="Arial" w:hAnsi="Arial" w:cs="Arial"/>
          <w:b w:val="0"/>
          <w:i w:val="0"/>
          <w:sz w:val="20"/>
        </w:rPr>
        <w:t>At Futami Okitama Shrine, two sacred rocks in the sea are bound by a thick shimenawa rope representing the creator gods of Shinto.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Pearl &amp; Aquarium Loop: </w:t>
      </w:r>
      <w:r>
        <w:rPr>
          <w:rFonts w:ascii="Arial" w:hAnsi="Arial" w:cs="Arial"/>
          <w:b w:val="0"/>
          <w:i w:val="0"/>
          <w:sz w:val="20"/>
        </w:rPr>
        <w:t>2.5 km · 40 min · flat · easy — From the Toba Marine Terminal, walk along the harborfront to Mikimoto Pearl Island, cross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Viewpoint: </w:t>
      </w:r>
      <w:r>
        <w:rPr>
          <w:rFonts w:ascii="Arial" w:hAnsi="Arial" w:cs="Arial"/>
          <w:b w:val="0"/>
          <w:i w:val="0"/>
          <w:sz w:val="20"/>
        </w:rPr>
        <w:t>2 km round-trip · 30 min · gentle climb · easy-moderate — Head inland from the tender pier to Shiroyama Park (Toba Castle Ruins) for panoramic views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4:50AM–6:47PM · Jul 4:51AM–7:05PM · Sep 5:35AM–5:59PM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cruiseports.org/toba-mie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Toba, Mie,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ba-m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Kotai Jingu (Ise Jingu Naiku, Inner Sanctuary)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Futami Okitama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Shima City Museum of History and Folklore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Sarutahiko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Okage Yokocho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Toyouke Daijingu (Ise Jingu Geku, Outer Sanctuary)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ISE Sea Paradise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Kaiko Raft Fishing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