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Toamasina, Atsinanana, Madagascar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Madagascar's busiest port carries the sweet scent of vanilla and cloves in the air. Toamasina is your gateway to lemur encounters, canal boat rides through lush waterways, and a city where French colonial boulevards meet the colour and chaos of Africa.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(commercial pier) · 🕒 Typical call: 8-10 hrs · 💵 Malagasy Ariary (MGA) — cash essential · 🗣️ Malagasy &amp; French spoken · 🦎 Endemic wildlife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dock at Mole B / Passenger Berth in the commercial port —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 mile but walking through the active port is prohibited — use ship shuttle or taxi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Lemurs, canal boat trips, spice markets, colonial-era city walk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Parc Ivoloina lemur reserve and a pousse-pousse ride through the palm-lined avenues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$2–$5 USD (5,000–15,000 MGA) — Yellow taxis wait at the port gate and are the primary transport into city center. Agree on fare before departing — no m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Parc Ivoloina Lemur Reserve — </w:t>
      </w:r>
      <w:r>
        <w:rPr>
          <w:rFonts w:ascii="Arial" w:hAnsi="Arial" w:cs="Arial"/>
          <w:b w:val="0"/>
          <w:i w:val="0"/>
          <w:sz w:val="20"/>
        </w:rPr>
        <w:t>The standout excursion from Toamasina.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Pangalanes Canal Boat Ride — </w:t>
      </w:r>
      <w:r>
        <w:rPr>
          <w:rFonts w:ascii="Arial" w:hAnsi="Arial" w:cs="Arial"/>
          <w:b w:val="0"/>
          <w:i w:val="0"/>
          <w:sz w:val="20"/>
        </w:rPr>
        <w:t>Glide along Madagascar's great network of man-made and natural canals running parallel to the east coast.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Bazary Be Spice Market — </w:t>
      </w:r>
      <w:r>
        <w:rPr>
          <w:rFonts w:ascii="Arial" w:hAnsi="Arial" w:cs="Arial"/>
          <w:b w:val="0"/>
          <w:i w:val="0"/>
          <w:sz w:val="20"/>
        </w:rPr>
        <w:t>Toamasina exports vanilla, cloves, cinnamon, and wild pepper to the world — and Bazary Be is where you smell it all at once.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Colonial City Walk &amp; Cathedral — </w:t>
      </w:r>
      <w:r>
        <w:rPr>
          <w:rFonts w:ascii="Arial" w:hAnsi="Arial" w:cs="Arial"/>
          <w:b w:val="0"/>
          <w:i w:val="0"/>
          <w:sz w:val="20"/>
        </w:rPr>
        <w:t>Walk Avenue de l'Indépendance — a grand palm-lined boulevard of French colonial buildings — to the Cathédrale Saint-Joseph 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Foulpointe Beach &amp; Coral Lagoon — </w:t>
      </w:r>
      <w:r>
        <w:rPr>
          <w:rFonts w:ascii="Arial" w:hAnsi="Arial" w:cs="Arial"/>
          <w:b w:val="0"/>
          <w:i w:val="0"/>
          <w:sz w:val="20"/>
        </w:rPr>
        <w:t>Madagascar's closest safe swimming beach sits 60 km north in a shallow coral-reef lagoon.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Avenue de l'Indépendance &amp; Waterfront Loop: </w:t>
      </w:r>
      <w:r>
        <w:rPr>
          <w:rFonts w:ascii="Arial" w:hAnsi="Arial" w:cs="Arial"/>
          <w:b w:val="0"/>
          <w:i w:val="0"/>
          <w:sz w:val="20"/>
        </w:rPr>
        <w:t>~2 km | 45–60 min | Easy — From the port gate, head to the main boulevard lined with giant palms and colonial architecture.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Banyan Tree Square &amp; Port Area: </w:t>
      </w:r>
      <w:r>
        <w:rPr>
          <w:rFonts w:ascii="Arial" w:hAnsi="Arial" w:cs="Arial"/>
          <w:b w:val="0"/>
          <w:i w:val="0"/>
          <w:sz w:val="20"/>
        </w:rPr>
        <w:t>~1 km | 20–30 min | Easy — Near the port entrance, the Place Bienvenue hosts massive ancient banyan trees with dramatic aerial…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6:01AM–5:16PM · Jul 6:14AM–5:22PM · Sep 5:38AM–5:37PM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cruiseports.org/toamasina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Toamasina, Atsinanana, Madagascar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oamasin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 Ivoloina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Toamasina Beach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