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Tivua Island, Mamanuca Islands, Fiji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postcard-perfect private coral cay ringed by 500 acres of living reef, Tivua Island delivers the all-inclusive Fijian beach day — snorkeling, kava, and a beach BBQ — in one sun-drenched package.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Beach Landing · 🕒 Typical call: 6-8 hrs · 💵 Fijian Dollar (FJD) · 🗣️ Fijian /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offshore; tender to beach — no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Everything is on the island — 5 min beach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coral reef swimming, Fijian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Guided snorkel tour over the coral gardens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FJ–FJ from Nadi — If making your own way to Port Denarau for a day cruise, local taxis from Nadi town or Nadi Airport charge roughly FJ–FJ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Snorkel Tour — </w:t>
      </w:r>
      <w:r>
        <w:rPr>
          <w:rFonts w:ascii="Arial" w:hAnsi="Arial" w:cs="Arial"/>
          <w:b w:val="0"/>
          <w:i w:val="0"/>
          <w:sz w:val="20"/>
        </w:rPr>
        <w:t>A marine guide leads you through 500 acres of coral gardens where you'll find tropical fish, sea turtles, starfish, and sea…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Glass-Bottom Boat Tour — </w:t>
      </w:r>
      <w:r>
        <w:rPr>
          <w:rFonts w:ascii="Arial" w:hAnsi="Arial" w:cs="Arial"/>
          <w:b w:val="0"/>
          <w:i w:val="0"/>
          <w:sz w:val="20"/>
        </w:rPr>
        <w:t>Stay dry while a marine interpreter narrates the reef below.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Paddleboarding — </w:t>
      </w:r>
      <w:r>
        <w:rPr>
          <w:rFonts w:ascii="Arial" w:hAnsi="Arial" w:cs="Arial"/>
          <w:b w:val="0"/>
          <w:i w:val="0"/>
          <w:sz w:val="20"/>
        </w:rPr>
        <w:t>Paddle around the island's calm lagoon on kayaks or stand-up paddleboards — equipment is usually included with day packages.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Kava Ceremony &amp; Cultural Demos — </w:t>
      </w:r>
      <w:r>
        <w:rPr>
          <w:rFonts w:ascii="Arial" w:hAnsi="Arial" w:cs="Arial"/>
          <w:b w:val="0"/>
          <w:i w:val="0"/>
          <w:sz w:val="20"/>
        </w:rPr>
        <w:t>Join a traditional kava ceremony with island staff, watch coconut husking and weaving demonstrations, and get a taste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</w:t>
      </w:r>
      <w:r>
        <w:rPr>
          <w:rFonts w:ascii="Arial" w:hAnsi="Arial" w:cs="Arial"/>
          <w:b w:val="0"/>
          <w:i w:val="0"/>
          <w:sz w:val="20"/>
        </w:rPr>
        <w:t>Certified divers can explore deeper reef sections, wrecks, and encounters with eels, sharks, and stingrays.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Circumnavigation Walk: </w:t>
      </w:r>
      <w:r>
        <w:rPr>
          <w:rFonts w:ascii="Arial" w:hAnsi="Arial" w:cs="Arial"/>
          <w:b w:val="0"/>
          <w:i w:val="0"/>
          <w:sz w:val="20"/>
        </w:rPr>
        <w:t>~1 km | 15–20 min | Easy | Flat sand — Walk the entire perimeter of Tivua Island along the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Coral Reef Education Walk: </w:t>
      </w:r>
      <w:r>
        <w:rPr>
          <w:rFonts w:ascii="Arial" w:hAnsi="Arial" w:cs="Arial"/>
          <w:b w:val="0"/>
          <w:i w:val="0"/>
          <w:sz w:val="20"/>
        </w:rPr>
        <w:t>30 min | Easy | Guided — Island marine biologists lead a shoreline walk explaining reef ecology, coral health, and Tivua's…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6:28AM–5:45PM · Jul 6:41AM–5:51PM · Sep 6:06AM–6:05PM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cruiseports.org/tivua-island-fiji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Tivua Island, Mamanuca Islands, Fiji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ivua-island-fij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Sea Island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Lautoka Jame Masjid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Lautoka Botanical Gardens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