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Tinian Island, Northern Mariana Islands,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sleepy CNMI island of sweeping contrasts — pristine white-sand beaches completely to yourself, ancient Chamorro latte stone ruins, and the sobering airfield where the atomic age began.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💵 USD · 🗣️ English &amp; Chamorro · 🏝️ Remote &amp; uncrowded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San Jose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— San Jose village is right at the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WWII history, empty Pacific beaches, Chamorro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atomic bomb loading pits at North Field (needs vehicle)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$5–$15 — A small number of local taxis operate on the island. Arrange through your hotel or ask at the pier; no app-based hailing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Field Atomic Bomb Pits &amp; WWII Tour — </w:t>
      </w:r>
      <w:r>
        <w:rPr>
          <w:rFonts w:ascii="Arial" w:hAnsi="Arial" w:cs="Arial"/>
          <w:b w:val="0"/>
          <w:i w:val="0"/>
          <w:sz w:val="20"/>
        </w:rPr>
        <w:t>The must-do on Tinian.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House of Taga Latte Stones — </w:t>
      </w:r>
      <w:r>
        <w:rPr>
          <w:rFonts w:ascii="Arial" w:hAnsi="Arial" w:cs="Arial"/>
          <w:b w:val="0"/>
          <w:i w:val="0"/>
          <w:sz w:val="20"/>
        </w:rPr>
        <w:t>A five-minute walk from the tender dock, these towering ancient Chamorro latte stones are the largest in the Marianas.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Taga &amp; Tachogna Beach Half-Day — </w:t>
      </w:r>
      <w:r>
        <w:rPr>
          <w:rFonts w:ascii="Arial" w:hAnsi="Arial" w:cs="Arial"/>
          <w:b w:val="0"/>
          <w:i w:val="0"/>
          <w:sz w:val="20"/>
        </w:rPr>
        <w:t>Two stunning beaches a 15-minute walk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Tinian Blowhole &amp; Chulu Beach — </w:t>
      </w:r>
      <w:r>
        <w:rPr>
          <w:rFonts w:ascii="Arial" w:hAnsi="Arial" w:cs="Arial"/>
          <w:b w:val="0"/>
          <w:i w:val="0"/>
          <w:sz w:val="20"/>
        </w:rPr>
        <w:t>The northeast coast blowhole shoots seawater skyward through limestone crevices.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&amp; Diving off Tinian — </w:t>
      </w:r>
      <w:r>
        <w:rPr>
          <w:rFonts w:ascii="Arial" w:hAnsi="Arial" w:cs="Arial"/>
          <w:b w:val="0"/>
          <w:i w:val="0"/>
          <w:sz w:val="20"/>
        </w:rPr>
        <w:t>Tinian's clear, warm Pacific waters offer excellent visibility and healthy coral.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House of Taga &amp; Taga Beach: </w:t>
      </w:r>
      <w:r>
        <w:rPr>
          <w:rFonts w:ascii="Arial" w:hAnsi="Arial" w:cs="Arial"/>
          <w:b w:val="0"/>
          <w:i w:val="0"/>
          <w:sz w:val="20"/>
        </w:rPr>
        <w:t>1.2 km • 15 min • Flat &amp; easy — From the harbor walk south through San Jose village to the House of Taga latte stone site,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Kammer Beach: </w:t>
      </w:r>
      <w:r>
        <w:rPr>
          <w:rFonts w:ascii="Arial" w:hAnsi="Arial" w:cs="Arial"/>
          <w:b w:val="0"/>
          <w:i w:val="0"/>
          <w:sz w:val="20"/>
        </w:rPr>
        <w:t>0.5 km • 5 min • Flat — A quick stroll right beside the harbor.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5:58AM–8:09PM · Jul 5:59AM–8:27PM · Sep 6:50AM–7:14PM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cruiseports.org/tinian-island-marianas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Tinian Island, Northern Mariana Islands,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inian-island-mariana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House of Taga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Chulu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Taga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Coral Ocean Resort Golf Course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