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Tianjin, China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China's premier cruise home port puts the Great Wall and Forbidden City within reach — or stay local and wander Tianjin's preserved Italian Concession and Qing-dynasty culture street.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Chinese Yuan (CNY) · 🗣️ Mandarin Chinese · 🚂 High-speed train to Beijing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Tianjin International Cruise Home Port, Dongjiang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City center ~60 km; taxi or shuttle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Beijing day trips, Great Wall, Chinese history &amp;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Great Wall at Mutianyu — book in advance, limit 8-9 hrs round 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¥178–240 CNY — Metered taxis are available outside the terminal for the ~60 km ride to Tianjin city center; the trip takes about 50–60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Wall at Mutianyu — </w:t>
      </w:r>
      <w:r>
        <w:rPr>
          <w:rFonts w:ascii="Arial" w:hAnsi="Arial" w:cs="Arial"/>
          <w:b w:val="0"/>
          <w:i w:val="0"/>
          <w:sz w:val="20"/>
        </w:rPr>
        <w:t>The most popular cruise excursion from Tianjin.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Beijing Imperial Highlights: Forbidden City &amp; Tiananmen — </w:t>
      </w:r>
      <w:r>
        <w:rPr>
          <w:rFonts w:ascii="Arial" w:hAnsi="Arial" w:cs="Arial"/>
          <w:b w:val="0"/>
          <w:i w:val="0"/>
          <w:sz w:val="20"/>
        </w:rPr>
        <w:t>The ultimate Beijing day — Tiananmen Square and the vast Forbidden City palace complex.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Tianjin City: Italian Concession &amp; Ancient Culture Street — </w:t>
      </w:r>
      <w:r>
        <w:rPr>
          <w:rFonts w:ascii="Arial" w:hAnsi="Arial" w:cs="Arial"/>
          <w:b w:val="0"/>
          <w:i w:val="0"/>
          <w:sz w:val="20"/>
        </w:rPr>
        <w:t>Stay local and discover Tianjin's layered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Summer Palace &amp; Temple of Heaven — </w:t>
      </w:r>
      <w:r>
        <w:rPr>
          <w:rFonts w:ascii="Arial" w:hAnsi="Arial" w:cs="Arial"/>
          <w:b w:val="0"/>
          <w:i w:val="0"/>
          <w:sz w:val="20"/>
        </w:rPr>
        <w:t>Two of Beijing's greatest imperial sites in one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Wall at Huangyaguan — </w:t>
      </w:r>
      <w:r>
        <w:rPr>
          <w:rFonts w:ascii="Arial" w:hAnsi="Arial" w:cs="Arial"/>
          <w:b w:val="0"/>
          <w:i w:val="0"/>
          <w:sz w:val="20"/>
        </w:rPr>
        <w:t>A lesser-visited section of the Great Wall closer to Tianjin (~1.5 hrs), built along dramatic mountain ridges.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Culture Street &amp; Tianhou Palace: </w:t>
      </w:r>
      <w:r>
        <w:rPr>
          <w:rFonts w:ascii="Arial" w:hAnsi="Arial" w:cs="Arial"/>
          <w:b w:val="0"/>
          <w:i w:val="0"/>
          <w:sz w:val="20"/>
        </w:rPr>
        <w:t>~1-2 hrs on foot once in city | Flat | Taxi from port required — The 580-metre pedestrian lane of Ancient Culture Street (Gu Wenhua Jie) is lined with Qing-style…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Italian Concession Stroll: </w:t>
      </w:r>
      <w:r>
        <w:rPr>
          <w:rFonts w:ascii="Arial" w:hAnsi="Arial" w:cs="Arial"/>
          <w:b w:val="0"/>
          <w:i w:val="0"/>
          <w:sz w:val="20"/>
        </w:rPr>
        <w:t>~1-2 hrs | Flat pedestrian area | Taxi from port required — Europe in China — nearly 200 preserved Italian colonial buildings from the early 1900s.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4:58AM–7:17PM · Jul 4:57AM–7:36PM · Sep 5:52AM–6:19PM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cruiseports.org/tianjin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