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Thasos Island, Northern Aegean,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Greece's Emerald Island rewards cruise passengers with ancient ruins steps from the tender dock, dazzling white-marble beaches, and pine forests that spill straight into turquoise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6–8 hrs · 💶 Currency: Euro (€) · 🗣️ Language: Greek · 🌿 Most authentic Greek island (2025)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10-min tender ride to Old Harbor, Limenas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lands on the historic waterfront of Limenas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ruins, marble-pebble beaches, authentic Greek taverna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Ancient Agora right behind the harbor and a jar of Thassian pine honey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€3–€7 — Taxis wait at the port; base fare €3.50 plus ~€0.70/km. Short ride to town center is just a few euros; cross-island to 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Agora &amp; Archaeological Museum — </w:t>
      </w:r>
      <w:r>
        <w:rPr>
          <w:rFonts w:ascii="Arial" w:hAnsi="Arial" w:cs="Arial"/>
          <w:b w:val="0"/>
          <w:i w:val="0"/>
          <w:sz w:val="20"/>
        </w:rPr>
        <w:t>Walk two minutes from the tender dock to the well-preserved Ancient Agora of Thasos, then visit the adjacent museum to see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Saliara Marble Beach by Boat — </w:t>
      </w:r>
      <w:r>
        <w:rPr>
          <w:rFonts w:ascii="Arial" w:hAnsi="Arial" w:cs="Arial"/>
          <w:b w:val="0"/>
          <w:i w:val="0"/>
          <w:sz w:val="20"/>
        </w:rPr>
        <w:t>Thasos's most iconic beach is lined with smooth white marble pebbles instead of sand, making the water glow turquoise.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Acropolis &amp; Ancient Theater Hike — </w:t>
      </w:r>
      <w:r>
        <w:rPr>
          <w:rFonts w:ascii="Arial" w:hAnsi="Arial" w:cs="Arial"/>
          <w:b w:val="0"/>
          <w:i w:val="0"/>
          <w:sz w:val="20"/>
        </w:rPr>
        <w:t>A 20–40 minute uphill walk from the harbor leads first to the 5th-century BC Ancient Theater — which overlooks the Aegean —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Giola Lagoon &amp; Beach Safari — </w:t>
      </w:r>
      <w:r>
        <w:rPr>
          <w:rFonts w:ascii="Arial" w:hAnsi="Arial" w:cs="Arial"/>
          <w:b w:val="0"/>
          <w:i w:val="0"/>
          <w:sz w:val="20"/>
        </w:rPr>
        <w:t>Giola is a natural seawater pool carved into coastal rock — one of the Aegean's most photographed natural wonders.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Golden Beach (Chrysi Akti) — </w:t>
      </w:r>
      <w:r>
        <w:rPr>
          <w:rFonts w:ascii="Arial" w:hAnsi="Arial" w:cs="Arial"/>
          <w:b w:val="0"/>
          <w:i w:val="0"/>
          <w:sz w:val="20"/>
        </w:rPr>
        <w:t>The island's most popular beach: a 3 km crescent of golden sand with shallow, calm water, sunbeds, water sports, and beach bars.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Limenas Harbor Loop — Ruins &amp; Waterfront: </w:t>
      </w:r>
      <w:r>
        <w:rPr>
          <w:rFonts w:ascii="Arial" w:hAnsi="Arial" w:cs="Arial"/>
          <w:b w:val="0"/>
          <w:i w:val="0"/>
          <w:sz w:val="20"/>
        </w:rPr>
        <w:t>~2 km · 45–60 min · easy, flat — From the Old Harbor, walk to the Ancient Agora (3 min), then continue around the coastal path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Uphill to the Ancient Theater &amp; Acropolis: </w:t>
      </w:r>
      <w:r>
        <w:rPr>
          <w:rFonts w:ascii="Arial" w:hAnsi="Arial" w:cs="Arial"/>
          <w:b w:val="0"/>
          <w:i w:val="0"/>
          <w:sz w:val="20"/>
        </w:rPr>
        <w:t>~1.5 km · 1.5–2.5 hrs · moderate uphill — Head uphill from the Agora through the ancient city walls to the partially restored Ancient Theater…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6:04AM–8:31PM · Jul 6:02AM–8:50PM · Sep 7:02AM–7:29PM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cruiseports.org/thasos-island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Thasos Island, Northern Aegean,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as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Παραλία Πρίνος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Odeon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of Heracles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Ancient Agora of Thasos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Gate of Zeus &amp; Hera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