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Taveuni Island, Fiji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Fiji's lushest island delivers soft-coral reefs ranked among the world's best, triple Tavoro waterfalls you can swim in, and a crack in the earth where today meets tomorrow — all on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Fijian Dollar (FJD) · 🗣️ Fijian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land at Waiyevo Pier (government wharf)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Waiyevo / Naqara village centre is a short walk from the pier; Somosomo ~3 km north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Snorkelling, diving, waterfall hikes, nature &amp;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Tavoro (Bouma) Waterfalls swim, Waitavala natural rock waterslide, International Date Line marker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FJ$2–FJ$50 depending on distance — Taxis wait at Waiyevo Pier but supply is limited on busy cruise days. Fares are negotiated — always agree on a price bef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Tavoro (Bouma) Waterfalls Hike &amp; Swim — </w:t>
      </w:r>
      <w:r>
        <w:rPr>
          <w:rFonts w:ascii="Arial" w:hAnsi="Arial" w:cs="Arial"/>
          <w:b w:val="0"/>
          <w:i w:val="0"/>
          <w:sz w:val="20"/>
        </w:rPr>
        <w:t>Bouma National Heritage Park is the centrepiece of any Taveuni visit.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or Dive the Rainbow Reef — </w:t>
      </w:r>
      <w:r>
        <w:rPr>
          <w:rFonts w:ascii="Arial" w:hAnsi="Arial" w:cs="Arial"/>
          <w:b w:val="0"/>
          <w:i w:val="0"/>
          <w:sz w:val="20"/>
        </w:rPr>
        <w:t>The Somosomo Strait between Taveuni and Vanua Levu is dubbed the Soft Coral Capital of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Waitavala Natural Rock Waterslide — </w:t>
      </w:r>
      <w:r>
        <w:rPr>
          <w:rFonts w:ascii="Arial" w:hAnsi="Arial" w:cs="Arial"/>
          <w:b w:val="0"/>
          <w:i w:val="0"/>
          <w:sz w:val="20"/>
        </w:rPr>
        <w:t>Near Waiyevo (the trailhead is by the Taveuni Corrections Centre, a short walk from town), a stream has carved smooth channels…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International Date Line Experience — </w:t>
      </w:r>
      <w:r>
        <w:rPr>
          <w:rFonts w:ascii="Arial" w:hAnsi="Arial" w:cs="Arial"/>
          <w:b w:val="0"/>
          <w:i w:val="0"/>
          <w:sz w:val="20"/>
        </w:rPr>
        <w:t>The 180° meridian cuts directly through Taveuni.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Lavena Coastal Walk — </w:t>
      </w:r>
      <w:r>
        <w:rPr>
          <w:rFonts w:ascii="Arial" w:hAnsi="Arial" w:cs="Arial"/>
          <w:b w:val="0"/>
          <w:i w:val="0"/>
          <w:sz w:val="20"/>
        </w:rPr>
        <w:t>A 5-km trail on Taveuni's southeastern shore winds through coastal rainforest, remote beaches, and Fijian villages, ending at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Waiyevo to Somosomo Village Stroll: </w:t>
      </w:r>
      <w:r>
        <w:rPr>
          <w:rFonts w:ascii="Arial" w:hAnsi="Arial" w:cs="Arial"/>
          <w:b w:val="0"/>
          <w:i w:val="0"/>
          <w:sz w:val="20"/>
        </w:rPr>
        <w:t>2 km one-way | Easy | 30–40 min — From the Waiyevo Pier, walk north along the main road through Naqara to Somosomo, Taveuni's main…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Waitavala Waterslide Walk: </w:t>
      </w:r>
      <w:r>
        <w:rPr>
          <w:rFonts w:ascii="Arial" w:hAnsi="Arial" w:cs="Arial"/>
          <w:b w:val="0"/>
          <w:i w:val="0"/>
          <w:sz w:val="20"/>
        </w:rPr>
        <w:t>Short walk from roadside | Easy | 15 min — From the road near Waiyevo (trailhead by the Taveuni Corrections Centre), a short trail leads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6:08AM–5:51PM · Jun 6:26AM–5:34PM · Aug 6:18AM–5:50PM · Sep 5:55AM–5:54PM · Oct 5:32AM–5:59PM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Tender timing matters. Taveuni's pier can see queues when multiple tour groups return at once. Head back 30–45 min before all-aboard to be safe.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for rain. Taveuni is one of the wettest spots in Fiji — its lushness is no accident. Bring a light rain layer and water-resistant footwear even on sunny…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Fijian dollars or USD cash. There are no ATMs at the pier. Small vendors and taxis deal in cash. Your ship's tour desk settles in USD.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cruiseports.org/taveuni-island-fiji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