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Tauranga, Bay of Plenty,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golden beaches meet geothermal wonders. Dock in Mount Maunganui and choose between climbing a volcano before breakfast or jumping straight on a bus to Middle-earth.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(Salisbury Wharf) · 🕒 Typical call: 8-10 hrs · 💵 NZD (cards widely accepted) · 🗣️ English / Te Reo Māori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Salisbury Wharf, Mount Maunganui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Mount Maunganui main beach &amp; shops: 5 min on foot; Tauranga CBD: 15-20 min drive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Rotorua geothermal, Hobbiton movie set, Mauao hike,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Summit Track up Mauao for 360° Bay of Plenty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$35 fixed to CBD — Tauranga Taxis offer fixed fares for cruise passengers to the CBD (~3.8km, ~10 min). Taxis meet ships at the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Hobbiton Movie Set — The Shire — </w:t>
      </w:r>
      <w:r>
        <w:rPr>
          <w:rFonts w:ascii="Arial" w:hAnsi="Arial" w:cs="Arial"/>
          <w:b w:val="0"/>
          <w:i w:val="0"/>
          <w:sz w:val="20"/>
        </w:rPr>
        <w:t>Step into Middle-earth at the original Hobbiton set in Matamata, preserved after filming The Lord of the Rings and The Hobbit…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Rotorua Geothermal &amp; Māori Culture — </w:t>
      </w:r>
      <w:r>
        <w:rPr>
          <w:rFonts w:ascii="Arial" w:hAnsi="Arial" w:cs="Arial"/>
          <w:b w:val="0"/>
          <w:i w:val="0"/>
          <w:sz w:val="20"/>
        </w:rPr>
        <w:t>Te Puia's Pōhutu Geyser and boiling mud pools sit alongside a living Māori cultural village with carving and weaving masters.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Kaituna River White-Water Rafting — </w:t>
      </w:r>
      <w:r>
        <w:rPr>
          <w:rFonts w:ascii="Arial" w:hAnsi="Arial" w:cs="Arial"/>
          <w:b w:val="0"/>
          <w:i w:val="0"/>
          <w:sz w:val="20"/>
        </w:rPr>
        <w:t>Tackle Grade 5 rapids and a 7-metre waterfall on the Kaituna River, one of the most accessible commercially-rafted waterfall…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Mauao Summit Hike — </w:t>
      </w:r>
      <w:r>
        <w:rPr>
          <w:rFonts w:ascii="Arial" w:hAnsi="Arial" w:cs="Arial"/>
          <w:b w:val="0"/>
          <w:i w:val="0"/>
          <w:sz w:val="20"/>
        </w:rPr>
        <w:t>The 232-metre extinct volcano right next to the pier offers two routes: the easy 45-min base track around the mountain or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Kiwifruit Orchard &amp; Honey Tasting — </w:t>
      </w:r>
      <w:r>
        <w:rPr>
          <w:rFonts w:ascii="Arial" w:hAnsi="Arial" w:cs="Arial"/>
          <w:b w:val="0"/>
          <w:i w:val="0"/>
          <w:sz w:val="20"/>
        </w:rPr>
        <w:t>The Bay of Plenty is New Zealand's kiwifruit heartland.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Mauao Base Track: </w:t>
      </w:r>
      <w:r>
        <w:rPr>
          <w:rFonts w:ascii="Arial" w:hAnsi="Arial" w:cs="Arial"/>
          <w:b w:val="0"/>
          <w:i w:val="0"/>
          <w:sz w:val="20"/>
        </w:rPr>
        <w:t>3.4 km loop | ~45 min | Easy | Paved path — A flat, fully sealed loop around the base of Mauao (Mount Maunganui) with harbour views on one 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Mauao Summit Track: </w:t>
      </w:r>
      <w:r>
        <w:rPr>
          <w:rFonts w:ascii="Arial" w:hAnsi="Arial" w:cs="Arial"/>
          <w:b w:val="0"/>
          <w:i w:val="0"/>
          <w:sz w:val="20"/>
        </w:rPr>
        <w:t>~2 km return | 1 hr | Moderate | Steep steps — Branch off the base track to climb Mauao's summit via the zigzag path.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Maunganui Village Stroll: </w:t>
      </w:r>
      <w:r>
        <w:rPr>
          <w:rFonts w:ascii="Arial" w:hAnsi="Arial" w:cs="Arial"/>
          <w:b w:val="0"/>
          <w:i w:val="0"/>
          <w:sz w:val="20"/>
        </w:rPr>
        <w:t>~1 km | 15 min | Easy | Flat — Maunganui Road from the pier area to the village centre is lined with cafes, surf shops,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7:08AM–5:14PM · Jul 7:27AM–5:15PM · Sep 6:16AM–6:05PM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cruiseports.org/tauranga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Tauranga, Bay of Plenty,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uran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Mauao / Mount Maunganui summit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Hairy Maclary and Friends Sculpture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Memorial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Elms | Te Papa Tauranga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Morland Fox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Orca Wild Adventures | Dolphin Swims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Bay Explorer - Dolphin and Wildlife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Sydenham Botanic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