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Tallinn, Harju, Estonia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Europe's best-preserved medieval cities, Tallinn's fairy-tale Old Town sits just a short walk from the cruise piers — cobblestone lanes, Gothic spires, and sweeping Baltic views all within a single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(Old City Harbour) · 🕒 Typical call: 8-10 hrs · 💶 Euro (€) · 🗣️ Estonian /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Old City Harbour (Vanasadam); no tender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Old Town: </w:t>
      </w:r>
      <w:r>
        <w:rPr>
          <w:rFonts w:ascii="Arial" w:hAnsi="Arial" w:cs="Arial"/>
          <w:b w:val="0"/>
          <w:i w:val="0"/>
          <w:sz w:val="20"/>
        </w:rPr>
        <w:t>15-20 min on foot; free shuttle bus also available from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walking, photography, Baltic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Toompea Hill viewpoints and Town Hall Square (Raekoja Plats)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€7–€15 — Official taxis queue at the terminal. Metered fares to city center run €7–€13; pre-booked or app-based rides (Bolt/Uber)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Bolt,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Old Town Walking Tour — </w:t>
      </w:r>
      <w:r>
        <w:rPr>
          <w:rFonts w:ascii="Arial" w:hAnsi="Arial" w:cs="Arial"/>
          <w:b w:val="0"/>
          <w:i w:val="0"/>
          <w:sz w:val="20"/>
        </w:rPr>
        <w:t>A guided walk through both the Upper Town (Toompea Castle, Alexander Nevsky Cathedral) and Lower Town (Town Hall Square,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Kadriorg Palace &amp; Park — </w:t>
      </w:r>
      <w:r>
        <w:rPr>
          <w:rFonts w:ascii="Arial" w:hAnsi="Arial" w:cs="Arial"/>
          <w:b w:val="0"/>
          <w:i w:val="0"/>
          <w:sz w:val="20"/>
        </w:rPr>
        <w:t>Peter the Great's baroque palace and its surrounding park, now home to the Kadriorg Art Museum.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Toompea Hill Panorama — </w:t>
      </w:r>
      <w:r>
        <w:rPr>
          <w:rFonts w:ascii="Arial" w:hAnsi="Arial" w:cs="Arial"/>
          <w:b w:val="0"/>
          <w:i w:val="0"/>
          <w:sz w:val="20"/>
        </w:rPr>
        <w:t>Climb to Tallinn's Upper Town for views from the Patkuli and Kohtuotsa viewing platforms — red-tiled rooftops, medieval spires…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Estonian Food &amp; Market Tour — </w:t>
      </w:r>
      <w:r>
        <w:rPr>
          <w:rFonts w:ascii="Arial" w:hAnsi="Arial" w:cs="Arial"/>
          <w:b w:val="0"/>
          <w:i w:val="0"/>
          <w:sz w:val="20"/>
        </w:rPr>
        <w:t>Sample elk stew, black bread, and local cheeses at Tallinn's Balti Jaama Turg (Baltic Station Market) or the Old Town cellar…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Tallinn Day Trip to Helsinki by Ferry — </w:t>
      </w:r>
      <w:r>
        <w:rPr>
          <w:rFonts w:ascii="Arial" w:hAnsi="Arial" w:cs="Arial"/>
          <w:b w:val="0"/>
          <w:i w:val="0"/>
          <w:sz w:val="20"/>
        </w:rPr>
        <w:t>A fast ferry crosses the Gulf of Finland in under 2.5 hours each way — feasible on a long port day (10+ hrs).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Lower Town Loop: </w:t>
      </w:r>
      <w:r>
        <w:rPr>
          <w:rFonts w:ascii="Arial" w:hAnsi="Arial" w:cs="Arial"/>
          <w:b w:val="0"/>
          <w:i w:val="0"/>
          <w:sz w:val="20"/>
        </w:rPr>
        <w:t>2-3 km · 45-60 min · Easy — From Fat Margaret Tower, walk along Pikk Street past the Brotherhood of Blackheads House and Church…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Upper Town (Toompea) Walk: </w:t>
      </w:r>
      <w:r>
        <w:rPr>
          <w:rFonts w:ascii="Arial" w:hAnsi="Arial" w:cs="Arial"/>
          <w:b w:val="0"/>
          <w:i w:val="0"/>
          <w:sz w:val="20"/>
        </w:rPr>
        <w:t>1.5 km · 30-45 min · Moderate — Climb Lühike jalg (Short Leg Lane) from the Lower Town to Toompea Hill.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4:47AM–9:48PM · Jul 4:30AM–10:22PM · Sep 6:49AM–7:40PM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cruiseports.org/tallinn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Tallinn, Harju, Estonia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llin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Hotel Viru &amp; KGB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Oleviste kogudus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Tallinn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Alexander Nevsky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Eesti Rahvusraamatukogu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Estonian Theatre for Young Audiences / Museum of Puppetry Arts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Nõmme Seikluspark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Airman Charles Leroaux Memorial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