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Tahuata Island, Marquesas,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Marquesas' smallest inhabited island keeps things beautifully simple: no ATMs, no taxis, no crowds — just two villages, world-class bone carvers, a 19th-century royal road, and some of French Polynesia's most unspoiled bays.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4–8 hrs · 💵 CFP Franc — cash only, no ATMs · 🗣️ French &amp; Marquesan · 🌴 Remote / expedition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Vaitahu or Hapatoni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 off tender directly into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Marquesan culture, bone carvings, quiet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Royal Road at Hapatoni &amp; local artisan carvers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Vaitahu Village &amp; Craft Pavilion — </w:t>
      </w:r>
      <w:r>
        <w:rPr>
          <w:rFonts w:ascii="Arial" w:hAnsi="Arial" w:cs="Arial"/>
          <w:b w:val="0"/>
          <w:i w:val="0"/>
          <w:sz w:val="20"/>
        </w:rPr>
        <w:t>Walk through the main village to the carved-wood Catholic church, small archaeological museum (key from the town hall),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Road Walk at Hapatoni — </w:t>
      </w:r>
      <w:r>
        <w:rPr>
          <w:rFonts w:ascii="Arial" w:hAnsi="Arial" w:cs="Arial"/>
          <w:b w:val="0"/>
          <w:i w:val="0"/>
          <w:sz w:val="20"/>
        </w:rPr>
        <w:t>Stroll the 19th-century raised stone walkway shaded by ancient tamanu trees along Hapatoni's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Hanamoenoa Bay Snorkel &amp; Swim — </w:t>
      </w:r>
      <w:r>
        <w:rPr>
          <w:rFonts w:ascii="Arial" w:hAnsi="Arial" w:cs="Arial"/>
          <w:b w:val="0"/>
          <w:i w:val="0"/>
          <w:sz w:val="20"/>
        </w:rPr>
        <w:t>A short boat ride from Vaitahu brings you to one of French Polynesia's most spectacular bays — multi-hued turquoise water, golden…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Manta Spotting — </w:t>
      </w:r>
      <w:r>
        <w:rPr>
          <w:rFonts w:ascii="Arial" w:hAnsi="Arial" w:cs="Arial"/>
          <w:b w:val="0"/>
          <w:i w:val="0"/>
          <w:sz w:val="20"/>
        </w:rPr>
        <w:t>The channel between Hiva Oa and Tahuata is rich with marine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Monoi Oil &amp; Traditional Craft Workshop — </w:t>
      </w:r>
      <w:r>
        <w:rPr>
          <w:rFonts w:ascii="Arial" w:hAnsi="Arial" w:cs="Arial"/>
          <w:b w:val="0"/>
          <w:i w:val="0"/>
          <w:sz w:val="20"/>
        </w:rPr>
        <w:t>Tahuata is renowned for its fragrant Monoi oil — tiare flowers macerated in coconut oil.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Vaitahu Village Loop: </w:t>
      </w:r>
      <w:r>
        <w:rPr>
          <w:rFonts w:ascii="Arial" w:hAnsi="Arial" w:cs="Arial"/>
          <w:b w:val="0"/>
          <w:i w:val="0"/>
          <w:sz w:val="20"/>
        </w:rPr>
        <w:t>~1 km · 30–45 min · Easy — From the tender landing at the quay, walk up to the Catholic church with its intricate wood…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Hapatoni Royal Road: </w:t>
      </w:r>
      <w:r>
        <w:rPr>
          <w:rFonts w:ascii="Arial" w:hAnsi="Arial" w:cs="Arial"/>
          <w:b w:val="0"/>
          <w:i w:val="0"/>
          <w:sz w:val="20"/>
        </w:rPr>
        <w:t>~1.5 km · 30–40 min · Easy — From the Hapatoni shore landing, follow the ancient tamanu-tree-lined Royal Road along the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5:53AM–5:32PM · Jul 6:04AM–5:40PM · Sep 5:40AM–5:42PM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cruiseports.org/tahuata-island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