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Tadoussac, Quebec,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dark waters of the Saguenay Fjord meet the St. Lawrence, beluga whales breach within sight of shore and Canada's oldest village watches from the hillside above a sandy bay.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Canadian Dollar (CAD) · 🗣️ French (English widely spoken in tourism) · 🐋 World-class whale watching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Anse à l'Eau; tenders land at Quai de Tadoussac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uphill from tender dock to village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fjord scenery, Quebec history, nature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Free beluga spotting from Pointe-de-l'Islet trail — no boat required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— confirm fare with driver — A handful of local taxis serve Tadoussac for passengers with mobility needs or luggage. Quebec provincial taxi rates app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Boat Tour — </w:t>
      </w:r>
      <w:r>
        <w:rPr>
          <w:rFonts w:ascii="Arial" w:hAnsi="Arial" w:cs="Arial"/>
          <w:b w:val="0"/>
          <w:i w:val="0"/>
          <w:sz w:val="20"/>
        </w:rPr>
        <w:t>The Saguenay–St.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Saguenay Fjord Sea Kayak — </w:t>
      </w:r>
      <w:r>
        <w:rPr>
          <w:rFonts w:ascii="Arial" w:hAnsi="Arial" w:cs="Arial"/>
          <w:b w:val="0"/>
          <w:i w:val="0"/>
          <w:sz w:val="20"/>
        </w:rPr>
        <w:t>Paddle the dramatic cliffs of the Saguenay Fjord with a guided kayak tour.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Tadoussac Sand Dunes Hike — </w:t>
      </w:r>
      <w:r>
        <w:rPr>
          <w:rFonts w:ascii="Arial" w:hAnsi="Arial" w:cs="Arial"/>
          <w:b w:val="0"/>
          <w:i w:val="0"/>
          <w:sz w:val="20"/>
        </w:rPr>
        <w:t>The glacial sand dunes rising 175 m above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Village Walk: Chapel &amp; Trading Post — </w:t>
      </w:r>
      <w:r>
        <w:rPr>
          <w:rFonts w:ascii="Arial" w:hAnsi="Arial" w:cs="Arial"/>
          <w:b w:val="0"/>
          <w:i w:val="0"/>
          <w:sz w:val="20"/>
        </w:rPr>
        <w:t>Canada's oldest wooden chapel (Chapelle des Indiens, 1747) and the Poste de traite Chauvin — a replica of the 1600 fur-trading…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Marine Mammal Interpretation Centre (CIMM) — </w:t>
      </w:r>
      <w:r>
        <w:rPr>
          <w:rFonts w:ascii="Arial" w:hAnsi="Arial" w:cs="Arial"/>
          <w:b w:val="0"/>
          <w:i w:val="0"/>
          <w:sz w:val="20"/>
        </w:rPr>
        <w:t>An excellent museum with real whale skeletons (including a 13 m sperm whale), interactive marine ecology exhibits,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Pointe-de-l'Islet Shoreline Loop: </w:t>
      </w:r>
      <w:r>
        <w:rPr>
          <w:rFonts w:ascii="Arial" w:hAnsi="Arial" w:cs="Arial"/>
          <w:b w:val="0"/>
          <w:i w:val="0"/>
          <w:sz w:val="20"/>
        </w:rPr>
        <w:t>1.3 km loop • Easy • ~30 min • Free — A boardwalk trail wrapping around the rocky point at the edge of the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History Stroll: </w:t>
      </w:r>
      <w:r>
        <w:rPr>
          <w:rFonts w:ascii="Arial" w:hAnsi="Arial" w:cs="Arial"/>
          <w:b w:val="0"/>
          <w:i w:val="0"/>
          <w:sz w:val="20"/>
        </w:rPr>
        <w:t>~1 km • Easy (with hills) • ~1 hr • Free — From the tender dock, head up through the village to the iconic red-roofed Hotel Tadoussac (walk…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4:59AM–8:11PM · Jul 4:55AM–8:34PM · Sep 6:16AM–6:50PM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cruiseports.org/tadoussac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Tadoussac, Quebec,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doussa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Domaine de l'ours noir - Observation ours noir - hébergement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Pointe-Noire Interpretation and Observation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Islet 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Croisières AML · Charlevoix | Billetterie et embarquement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Chapelle de Tadoussac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Centre D'Interpretation Archeo Topo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Croisières AML · Cale Sèche | Embarquement croisière en Zodiac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