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Tacoma,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Dale Chihuly, Tacoma trades its industrial past for stunning glass art, waterfront museums, and jaw-dropping views of Mount Rainier rising above Puget Sound.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 Street Marina / Thea Foss Waterway) · 🕒 Typical call: 7–9 hrs · 💵 USD · 🗣️ English · 🌲 Pacific Northwest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small ships dock along Thea Foss Waterway near Museum of Glass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dock to downtown via Chihuly Bridge of Glass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Glass art, Pacific Northwest seafood, urban parks,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Chihuly Bridge of Glass (free) and live glassblowing at Museum of Glass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Traditional taxis are available in Tacoma, though rideshare apps are generally faster and more convenient. Flat-rate air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 Art Trail — </w:t>
      </w:r>
      <w:r>
        <w:rPr>
          <w:rFonts w:ascii="Arial" w:hAnsi="Arial" w:cs="Arial"/>
          <w:b w:val="0"/>
          <w:i w:val="0"/>
          <w:sz w:val="20"/>
        </w:rPr>
        <w:t>Walk the Chihuly Bridge of Glass (free), then go inside the Museum of Glass to watch live glassblowing in the iconic cone-shaped…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Defiance Park &amp; Owen Beach — </w:t>
      </w:r>
      <w:r>
        <w:rPr>
          <w:rFonts w:ascii="Arial" w:hAnsi="Arial" w:cs="Arial"/>
          <w:b w:val="0"/>
          <w:i w:val="0"/>
          <w:sz w:val="20"/>
        </w:rPr>
        <w:t>One of the largest urban parks in the US, Point Defiance features old-growth forest trails, a free rose garden, and Owen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LeMay — America's Car Museum — </w:t>
      </w:r>
      <w:r>
        <w:rPr>
          <w:rFonts w:ascii="Arial" w:hAnsi="Arial" w:cs="Arial"/>
          <w:b w:val="0"/>
          <w:i w:val="0"/>
          <w:sz w:val="20"/>
        </w:rPr>
        <w:t>Four floors of historic, classic, and concept cars tracing America's love affair with the automobile.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Defiance Zoo &amp; Aquarium — </w:t>
      </w:r>
      <w:r>
        <w:rPr>
          <w:rFonts w:ascii="Arial" w:hAnsi="Arial" w:cs="Arial"/>
          <w:b w:val="0"/>
          <w:i w:val="0"/>
          <w:sz w:val="20"/>
        </w:rPr>
        <w:t>The only combined zoo and aquarium in the Pacific Northwest, set inside Point Defiance Park with views of Mount Rainier.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Ruston Way Waterfront &amp; Craft Beer — </w:t>
      </w:r>
      <w:r>
        <w:rPr>
          <w:rFonts w:ascii="Arial" w:hAnsi="Arial" w:cs="Arial"/>
          <w:b w:val="0"/>
          <w:i w:val="0"/>
          <w:sz w:val="20"/>
        </w:rPr>
        <w:t>Duke's Seafood and The Lobster Shop line the Ruston Way waterfront for award-winning clam chowder and wild Alaskan salmon.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District Walk: </w:t>
      </w:r>
      <w:r>
        <w:rPr>
          <w:rFonts w:ascii="Arial" w:hAnsi="Arial" w:cs="Arial"/>
          <w:b w:val="0"/>
          <w:i w:val="0"/>
          <w:sz w:val="20"/>
        </w:rPr>
        <w:t>1.5 miles · ~45 min · Easy — From the dock, cross the iconic Chihuly Bridge of Glass to the Museum of Glass, continue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1 mile · ~30 min · Easy — Stroll through downtown past the McMenamins Elks Temple — a restored 1916 Elks lodge turned brewery…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5:33AM–8:39PM · Jul 5:29AM–9:01PM · Sep 6:48AM–7:20PM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cruiseports.org/tacoma-wa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Tacoma,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coma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Defiance Zoo &amp;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State Fair Event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Glass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Washington State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LeMay - America’s Car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Titlow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Dash Point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Nisqually Living History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