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Symi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protected architectural gem rising above a fjord-like harbor, Symi rewards cruise visitors with pastel mansions, 375 stone steps to panoramic ruins, and tiny shrimp eaten whole.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ships); small ships may dock · 🕒 Typical call: 6–8 hrs · 💶 Currency: Euro (€) · 🗣️ Language: Greek · 🏛️ Protected neoclassical townscape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small/expedition vessels dock at Gialos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in the heart of Gialos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walking, seafood, beach day trips by water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Kali Strata and tasting Symi shrimp (simiako garidaki)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A small number of taxis are available near the port, but supply is limited in peak season. Fares within Gialos or up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Kali Strata &amp; Chorio Ruins — </w:t>
      </w:r>
      <w:r>
        <w:rPr>
          <w:rFonts w:ascii="Arial" w:hAnsi="Arial" w:cs="Arial"/>
          <w:b w:val="0"/>
          <w:i w:val="0"/>
          <w:sz w:val="20"/>
        </w:rPr>
        <w:t>Climb the 375-step stone stairway from the harbor to the hilltop village of Chorio, then continue to the Knights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Panormitis Monastery — </w:t>
      </w:r>
      <w:r>
        <w:rPr>
          <w:rFonts w:ascii="Arial" w:hAnsi="Arial" w:cs="Arial"/>
          <w:b w:val="0"/>
          <w:i w:val="0"/>
          <w:sz w:val="20"/>
        </w:rPr>
        <w:t>The grand 18th-century monastery of Archangel Michael on Symi's southwest coast is a major Greek Orthodox pilgrimage site housing…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Georgios Beach by Water Taxi — </w:t>
      </w:r>
      <w:r>
        <w:rPr>
          <w:rFonts w:ascii="Arial" w:hAnsi="Arial" w:cs="Arial"/>
          <w:b w:val="0"/>
          <w:i w:val="0"/>
          <w:sz w:val="20"/>
        </w:rPr>
        <w:t>Dramatic pebble beach backed by a sheer 300-metre cliff — widely considered the most spectacular on Symi.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Symi Shrimp Lunch in Gialos — </w:t>
      </w:r>
      <w:r>
        <w:rPr>
          <w:rFonts w:ascii="Arial" w:hAnsi="Arial" w:cs="Arial"/>
          <w:b w:val="0"/>
          <w:i w:val="0"/>
          <w:sz w:val="20"/>
        </w:rPr>
        <w:t>Simiako garidaki — tiny sweet shrimp harvested locally, fried crispy and eaten whole including shells and heads.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Walk &amp; Nautical Museum — </w:t>
      </w:r>
      <w:r>
        <w:rPr>
          <w:rFonts w:ascii="Arial" w:hAnsi="Arial" w:cs="Arial"/>
          <w:b w:val="0"/>
          <w:i w:val="0"/>
          <w:sz w:val="20"/>
        </w:rPr>
        <w:t>Stroll the neoclassical Gialos waterfront past the 1881 Katarinettes clock tower and war memorial, then duck into the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Gialos Harbor Promenade: </w:t>
      </w:r>
      <w:r>
        <w:rPr>
          <w:rFonts w:ascii="Arial" w:hAnsi="Arial" w:cs="Arial"/>
          <w:b w:val="0"/>
          <w:i w:val="0"/>
          <w:sz w:val="20"/>
        </w:rPr>
        <w:t>30–45 min · Easy · Flat — Circle the horseshoe harbor from the tender quay past neoclassical façades, sponge stalls,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Kali Strata to Chorio &amp; Castle: </w:t>
      </w:r>
      <w:r>
        <w:rPr>
          <w:rFonts w:ascii="Arial" w:hAnsi="Arial" w:cs="Arial"/>
          <w:b w:val="0"/>
          <w:i w:val="0"/>
          <w:sz w:val="20"/>
        </w:rPr>
        <w:t>1.5–2 hrs · Moderate–Hard · Very steep — From the harbor square, find the start of the Kali Strata and ascend ~375 wide stone steps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walking shoes, not sandals. Symi's cobblestones and steep marble steps are treacherous in flip-flops — proper grip is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Start early — it gets brutally hot. Symi sits in a sheltered bowl; by noon in summer, narrow streets become furnaces. Climb Kali Strata first thing.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euros. Cards work at most restaurants, but water taxis, sunbed rentals, and sponge vendors are cash only.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cruiseports.org/symi-island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