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Svolvær, Lofoten Islands,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Razor-sharp granite peaks rise straight from the Arctic Ocean, framing a lively harbor town that has dried cod and painted wooden cabins for over a thousand years. Svolvær is the Lofoten Islands in miniature — wild, beautiful, and utterly unlike anywhere else on a cruise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ships) or tender · 🕒 Typical call: 6–8 hrs · 💳 Cashless — card only (NOK) · 🗣️ Norwegian · ☀️ Midnight Sun May–Jul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Pier (Svolvær Cruisekaia) steps from town; larger ships use Osan Quay ~1.5 km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main pier; 20 min flat walk from Osan Quay (shuttle often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sea eagle safaris, stockfish culture, Arctic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Trollfjord boat trip — narrow, dramatic, unforgettable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NOK (€9–€18) — Local taxis (Svolvær &amp; Kabelvåg Maxi Taxi, Nordland Taxi) start at ~100 NOK with ~14.5 NOK/km. Useful for reaching sligh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Trollfjord RIB Boat Tour — </w:t>
      </w:r>
      <w:r>
        <w:rPr>
          <w:rFonts w:ascii="Arial" w:hAnsi="Arial" w:cs="Arial"/>
          <w:b w:val="0"/>
          <w:i w:val="0"/>
          <w:sz w:val="20"/>
        </w:rPr>
        <w:t>Speedboats depart the harbor and race into the narrow, cliff-walled Trollfjord — one of Norway's most dramatic landscapes.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Safari — </w:t>
      </w:r>
      <w:r>
        <w:rPr>
          <w:rFonts w:ascii="Arial" w:hAnsi="Arial" w:cs="Arial"/>
          <w:b w:val="0"/>
          <w:i w:val="0"/>
          <w:sz w:val="20"/>
        </w:rPr>
        <w:t>Guides toss fish into the water to attract white-tailed sea eagles with 2.5-meter wingspans.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Henningsvær Village Tour — </w:t>
      </w:r>
      <w:r>
        <w:rPr>
          <w:rFonts w:ascii="Arial" w:hAnsi="Arial" w:cs="Arial"/>
          <w:b w:val="0"/>
          <w:i w:val="0"/>
          <w:sz w:val="20"/>
        </w:rPr>
        <w:t>Known as the 'Venice of Lofoten,' Henningsvær sits on a cluster of small islands connected by bridges, with a world-famous…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Lofoten War Memorial Museum — </w:t>
      </w:r>
      <w:r>
        <w:rPr>
          <w:rFonts w:ascii="Arial" w:hAnsi="Arial" w:cs="Arial"/>
          <w:b w:val="0"/>
          <w:i w:val="0"/>
          <w:sz w:val="20"/>
        </w:rPr>
        <w:t>One of the world's most remarkable WWII collections, housed in an unassuming building steps from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Svolværgeita Mountain Climb — </w:t>
      </w:r>
      <w:r>
        <w:rPr>
          <w:rFonts w:ascii="Arial" w:hAnsi="Arial" w:cs="Arial"/>
          <w:b w:val="0"/>
          <w:i w:val="0"/>
          <w:sz w:val="20"/>
        </w:rPr>
        <w:t>The iconic twin-peaked 'Svolvær Goat' looms over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Svinøya Historic Quarter: </w:t>
      </w:r>
      <w:r>
        <w:rPr>
          <w:rFonts w:ascii="Arial" w:hAnsi="Arial" w:cs="Arial"/>
          <w:b w:val="0"/>
          <w:i w:val="0"/>
          <w:sz w:val="20"/>
        </w:rPr>
        <w:t>2 km loop · 45 min · Flat · Free — From the cruise pier, stroll along the harbor promenade past colorful rorbuer (fishermen's cabins)…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Tjeldbergtinden Hike (Energetic Option): </w:t>
      </w:r>
      <w:r>
        <w:rPr>
          <w:rFonts w:ascii="Arial" w:hAnsi="Arial" w:cs="Arial"/>
          <w:b w:val="0"/>
          <w:i w:val="0"/>
          <w:sz w:val="20"/>
        </w:rPr>
        <w:t>6 km round trip · 2.5–3 hrs · Moderate-Challenging · Free — Walk from the town center to the Tjeldbergtinden trailhead and climb for sweeping 360-degree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6:18AM–7:32PM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cruiseports.org/svolvaer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Svolvær, Lofoten Islands,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volva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 Lofoten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Vågan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Svolværgeita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Lofotmuseet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 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Ice Lofoten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