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Subic Bay Freeport, Central Luzon, Philippines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former US Navy base reborn as a self-contained freeport zone, Subic Bay blends jungle survival trails, open-water marine parks, WWII shipwreck dives, and duty-free shopping — all in one of the safest, most organized port towns in the Philippines.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port (Alava/Rivera Wharf) · 🕒 Typical call: 8–10 hrs · 💵 Philippine Peso (PHP); USD accepted at many venues · 🗣️ English widely spoken · 🌿 Former US naval base turned freeport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Alava Wharf or Rivera Wharf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 min to Waterfront Road; 15 min to Harbor Point Mall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parks, jungle hikes, wreck diving, duty-free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Zoobic Safari tiger Jeepney ride or Pamulaklakin Aeta forest trail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PHP 100–700 (~–12 USD) — Unmetered SUV taxis operate inside the Subic Bay Freeport Zone. Agree on fare before boarding; prices vary by distance 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Zoobic Safari Tiger Jeepney — </w:t>
      </w:r>
      <w:r>
        <w:rPr>
          <w:rFonts w:ascii="Arial" w:hAnsi="Arial" w:cs="Arial"/>
          <w:b w:val="0"/>
          <w:i w:val="0"/>
          <w:sz w:val="20"/>
        </w:rPr>
        <w:t>Board a protected Jeepney and drive through a tiger enclosure while staff feed the big cats raw chicken through the grates.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Pamulaklakin Aeta Forest Trail — </w:t>
      </w:r>
      <w:r>
        <w:rPr>
          <w:rFonts w:ascii="Arial" w:hAnsi="Arial" w:cs="Arial"/>
          <w:b w:val="0"/>
          <w:i w:val="0"/>
          <w:sz w:val="20"/>
        </w:rPr>
        <w:t>Indigenous Aeta guides lead you through pristine rainforest, demonstrating fire-making, bamboo water traps, and jungle survival…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Ocean Adventure Marine Park — </w:t>
      </w:r>
      <w:r>
        <w:rPr>
          <w:rFonts w:ascii="Arial" w:hAnsi="Arial" w:cs="Arial"/>
          <w:b w:val="0"/>
          <w:i w:val="0"/>
          <w:sz w:val="20"/>
        </w:rPr>
        <w:t>Southeast Asia's first open-water marine park features dolphin and sea lion shows, aquarium exhibits, and a chance to swim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Wreck Diving in Subic Bay — </w:t>
      </w:r>
      <w:r>
        <w:rPr>
          <w:rFonts w:ascii="Arial" w:hAnsi="Arial" w:cs="Arial"/>
          <w:b w:val="0"/>
          <w:i w:val="0"/>
          <w:sz w:val="20"/>
        </w:rPr>
        <w:t>Subic Bay is home to some of the best wreck diving in Asia — WWII-era vessels including the USS New York and USS Lanikai rest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Camayan Beach Resort — </w:t>
      </w:r>
      <w:r>
        <w:rPr>
          <w:rFonts w:ascii="Arial" w:hAnsi="Arial" w:cs="Arial"/>
          <w:b w:val="0"/>
          <w:i w:val="0"/>
          <w:sz w:val="20"/>
        </w:rPr>
        <w:t>White sand, clear turquoise water, and a forested backdrop beside Ocean Adventure.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Waterfront Boardwalk &amp; Harbor Point: </w:t>
      </w:r>
      <w:r>
        <w:rPr>
          <w:rFonts w:ascii="Arial" w:hAnsi="Arial" w:cs="Arial"/>
          <w:b w:val="0"/>
          <w:i w:val="0"/>
          <w:sz w:val="20"/>
        </w:rPr>
        <w:t>2.5 km round-trip | ~45 min | Easy | Flat — Walk from Alava Wharf along the bay to the Waterfront Road restaurant strip, past the Spanish Gate…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Boardwalk Sunset Stroll: </w:t>
      </w:r>
      <w:r>
        <w:rPr>
          <w:rFonts w:ascii="Arial" w:hAnsi="Arial" w:cs="Arial"/>
          <w:b w:val="0"/>
          <w:i w:val="0"/>
          <w:sz w:val="20"/>
        </w:rPr>
        <w:t>1 km | ~20 min | Easy | Waterfront — A relaxed evening walk along the bay boardwalk as the cruise ship lights up behind you.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5:31AM–6:19PM · Jul 5:37AM–6:32PM · Sep 5:47AM–6:00PM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cruiseports.org/subic-bay-freeport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Subic Bay Freeport, Central Luzon, Philippines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bic-bay-freepor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Pamulaklakin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Diocesan Shrine and Parish of Saint Columban - Asinan, Olongapo City, Zambales (Diocese of Iba)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Adventure Beach Waterpark, Subic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Spanish Gate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Zoobic Safari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Roque Chapel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