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Stockton, California,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working river port at the heart of the California Delta, Stockton surprises with a walkable waterfront promenade, a beautifully restored 1930s Fox Theatre, and one of the most diverse food scenes in the Central Valley.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(Downtown Marina) · 🕒 Typical call: 6–8 hrs · 💵 USD · 🗣️ English (Spanish widely spoken) · 🌡️ Hot summers, tule fog in winter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Downtown Stockton Marina, Stockton Channel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0–5 min to waterfront; downtown is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Delta scenery, history, multicultural dining, baseball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Haggin Museum, Bob Hope Fox Theatre, Weber Point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$10–18 — Taxis are available at the port for the short 2–3 mile ride to downtown Stockton. The trip typically takes 5–10 minutes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California Delta River Tour — </w:t>
      </w:r>
      <w:r>
        <w:rPr>
          <w:rFonts w:ascii="Arial" w:hAnsi="Arial" w:cs="Arial"/>
          <w:b w:val="0"/>
          <w:i w:val="0"/>
          <w:sz w:val="20"/>
        </w:rPr>
        <w:t>Explore the largest estuary on the US West Coast — a maze of waterways dotted with houseboats, historic drawbridges, and abundant…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Haggin Museum — </w:t>
      </w:r>
      <w:r>
        <w:rPr>
          <w:rFonts w:ascii="Arial" w:hAnsi="Arial" w:cs="Arial"/>
          <w:b w:val="0"/>
          <w:i w:val="0"/>
          <w:sz w:val="20"/>
        </w:rPr>
        <w:t>One of California's finest regional museums, with 19th-century European paintings (including a Renoir), Albert Bierstadt Yosemite…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Bob Hope Fox Theatre — </w:t>
      </w:r>
      <w:r>
        <w:rPr>
          <w:rFonts w:ascii="Arial" w:hAnsi="Arial" w:cs="Arial"/>
          <w:b w:val="0"/>
          <w:i w:val="0"/>
          <w:sz w:val="20"/>
        </w:rPr>
        <w:t>A lavishly restored 1930s movie palace in the heart of downtown, hosting concerts, classic films, and live performances.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Multicultural Food Tour — </w:t>
      </w:r>
      <w:r>
        <w:rPr>
          <w:rFonts w:ascii="Arial" w:hAnsi="Arial" w:cs="Arial"/>
          <w:b w:val="0"/>
          <w:i w:val="0"/>
          <w:sz w:val="20"/>
        </w:rPr>
        <w:t>Stockton's historic diversity — Filipino, Cambodian, Mexican, Sikh, Portuguese — translates into over 50 ethnic eateries within…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Lodi Wine Country Day Trip — </w:t>
      </w:r>
      <w:r>
        <w:rPr>
          <w:rFonts w:ascii="Arial" w:hAnsi="Arial" w:cs="Arial"/>
          <w:b w:val="0"/>
          <w:i w:val="0"/>
          <w:sz w:val="20"/>
        </w:rPr>
        <w:t>Just 15 miles north, Lodi is a world-class wine region famous for old-vine Zinfandels.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Walk: </w:t>
      </w:r>
      <w:r>
        <w:rPr>
          <w:rFonts w:ascii="Arial" w:hAnsi="Arial" w:cs="Arial"/>
          <w:b w:val="0"/>
          <w:i w:val="0"/>
          <w:sz w:val="20"/>
        </w:rPr>
        <w:t>1.5 miles · flat · 30 min — Follow the Joan Darrah Promenade along the Stockton Channel from the marina past Weber Point Park…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Historic Core: </w:t>
      </w:r>
      <w:r>
        <w:rPr>
          <w:rFonts w:ascii="Arial" w:hAnsi="Arial" w:cs="Arial"/>
          <w:b w:val="0"/>
          <w:i w:val="0"/>
          <w:sz w:val="20"/>
        </w:rPr>
        <w:t>1 mile loop · flat · 20–30 min — Stroll from the marina into the downtown grid to see the Bob Hope Fox Theatre, the Adventist Health…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5:54AM–8:08PM · Jul 5:55AM–8:26PM · Sep 6:47AM–7:12PM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cruiseports.org/stockton-ca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Stockton, California,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ockton-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Micke Grove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the Annunciation- Stockton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Adventist Health Arena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Shumway Oak Grove Regional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Joaquin County Historical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Louis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Children's Museum of Stockton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Williams Brotherhood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