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Stintino,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Europe's most dazzling beaches hides at the tip of Sardinia — and only small luxury ships get close enough to anchor. Stintino rewards with crystal Caribbean-like waters, albino donkeys on a wild island, and honest Sardinian seafood.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(EUR) · 🗣️ Italian / Sardinian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land at Porto Vecchio or Marina di Stintino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tender dock to Stintino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 Pelosa beach, Asinara Island excursions, seafood lunches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Booking your La Pelosa beach entry ticket online before sailing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€6–10 — Taxis are available at the marina. Short rides within town or to La Pelosa beach (~3.5 km) cost roughly €6–9; pre-agree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Pelosa Beach — </w:t>
      </w:r>
      <w:r>
        <w:rPr>
          <w:rFonts w:ascii="Arial" w:hAnsi="Arial" w:cs="Arial"/>
          <w:b w:val="0"/>
          <w:i w:val="0"/>
          <w:sz w:val="20"/>
        </w:rPr>
        <w:t>Consistently ranked among Europe's top five beaches, La Pelosa dazzles with powder-white sand and water so clear it looks tropical.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Asinara National Park — </w:t>
      </w:r>
      <w:r>
        <w:rPr>
          <w:rFonts w:ascii="Arial" w:hAnsi="Arial" w:cs="Arial"/>
          <w:b w:val="0"/>
          <w:i w:val="0"/>
          <w:sz w:val="20"/>
        </w:rPr>
        <w:t>Just across the water, the former maximum-security prison island is now a protected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Tonnara Museum (MuT) — </w:t>
      </w:r>
      <w:r>
        <w:rPr>
          <w:rFonts w:ascii="Arial" w:hAnsi="Arial" w:cs="Arial"/>
          <w:b w:val="0"/>
          <w:i w:val="0"/>
          <w:sz w:val="20"/>
        </w:rPr>
        <w:t>Stintino was founded by tuna fishermen displaced from Asinara in 1885.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Capo Falcone Hike &amp; Spanish Tower — </w:t>
      </w:r>
      <w:r>
        <w:rPr>
          <w:rFonts w:ascii="Arial" w:hAnsi="Arial" w:cs="Arial"/>
          <w:b w:val="0"/>
          <w:i w:val="0"/>
          <w:sz w:val="20"/>
        </w:rPr>
        <w:t>Hike to the dramatic headland at the peninsula's tip for sweeping views of the 16th-century Aragonese watchtower standing on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Sardinian Seafood Lunch — </w:t>
      </w:r>
      <w:r>
        <w:rPr>
          <w:rFonts w:ascii="Arial" w:hAnsi="Arial" w:cs="Arial"/>
          <w:b w:val="0"/>
          <w:i w:val="0"/>
          <w:sz w:val="20"/>
        </w:rPr>
        <w:t>Stintino's restaurants do exceptional Sardinian seafood: spaghetti alla bottarga (pasta with dried mullet roe), freccia con…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Harbor &amp; Village Stroll: </w:t>
      </w:r>
      <w:r>
        <w:rPr>
          <w:rFonts w:ascii="Arial" w:hAnsi="Arial" w:cs="Arial"/>
          <w:b w:val="0"/>
          <w:i w:val="0"/>
          <w:sz w:val="20"/>
        </w:rPr>
        <w:t>1.5 km · 30 min · Easy · Flat — From the Porto Vecchio tender dock, walk the old harbor quay to admire traditional wooden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Saline Beach &amp; Flamingo Salt Pans: </w:t>
      </w:r>
      <w:r>
        <w:rPr>
          <w:rFonts w:ascii="Arial" w:hAnsi="Arial" w:cs="Arial"/>
          <w:b w:val="0"/>
          <w:i w:val="0"/>
          <w:sz w:val="20"/>
        </w:rPr>
        <w:t>2.5 km one-way · 35 min · Easy — Follow the coastal road south past the salt pans — where pink flamingos feed seasonally —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6:09AM–8:37PM · Jul 6:08AM–8:57PM · Sep 7:08AM–7:35PM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cruiseports.org/stintino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Stintino,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inti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MuT - Museo della Tonnara di Stintino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Posidonia Charter Asinara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Scogliere di Capo Falcone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