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Staniel Cay, Exuma Cays, Bahamas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two-square-mile paradise in the Exuma Cays with gin-clear water, James Bond-famous sea caves, and a beach full of swimming pigs just a short boat ride away. No megaships, no crowds — just small-ship intimacy at its best.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(no pier) · 🕒 Typical call: 5–8 hrs · 💵 USD / Bahamian Dollar · 🗣️ English · 🐷 Swimming pigs nearby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SCYC Marina or Government Dock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0 min — you land at the marina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Snorkeling, swimming pigs, James Bond history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Thunderball Grotto at low tide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Thunderball Grotto Snorkel — </w:t>
      </w:r>
      <w:r>
        <w:rPr>
          <w:rFonts w:ascii="Arial" w:hAnsi="Arial" w:cs="Arial"/>
          <w:b w:val="0"/>
          <w:i w:val="0"/>
          <w:sz w:val="20"/>
        </w:rPr>
        <w:t>Swim inside a sunlit limestone cave made famous by James Bond's Thunderball (1965) and Never Say Never Again.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Swimming Pigs at Pig Beach — </w:t>
      </w:r>
      <w:r>
        <w:rPr>
          <w:rFonts w:ascii="Arial" w:hAnsi="Arial" w:cs="Arial"/>
          <w:b w:val="0"/>
          <w:i w:val="0"/>
          <w:sz w:val="20"/>
        </w:rPr>
        <w:t>Big Major Cay — just 5–10 minutes by boat — is home to the Bahamas' famous feral swimming pigs.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Nurse Sharks at Compass Cay — </w:t>
      </w:r>
      <w:r>
        <w:rPr>
          <w:rFonts w:ascii="Arial" w:hAnsi="Arial" w:cs="Arial"/>
          <w:b w:val="0"/>
          <w:i w:val="0"/>
          <w:sz w:val="20"/>
        </w:rPr>
        <w:t>About 15 minutes north by boat, Compass Cay Marina is where you can wade into shallow water and interact with dozens of friendly…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Bitter Guana Cay Iguanas — </w:t>
      </w:r>
      <w:r>
        <w:rPr>
          <w:rFonts w:ascii="Arial" w:hAnsi="Arial" w:cs="Arial"/>
          <w:b w:val="0"/>
          <w:i w:val="0"/>
          <w:sz w:val="20"/>
        </w:rPr>
        <w:t>A short boat ride south brings you to a beach inhabited by endangered Bahamian Rock Iguanas — prehistoric-looking creatures that…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Town Beach &amp; Pirate Trap Beach — </w:t>
      </w:r>
      <w:r>
        <w:rPr>
          <w:rFonts w:ascii="Arial" w:hAnsi="Arial" w:cs="Arial"/>
          <w:b w:val="0"/>
          <w:i w:val="0"/>
          <w:sz w:val="20"/>
        </w:rPr>
        <w:t>Staniel Cay has two beautiful free beaches.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Settlement Stroll &amp; Viewpoint: </w:t>
      </w:r>
      <w:r>
        <w:rPr>
          <w:rFonts w:ascii="Arial" w:hAnsi="Arial" w:cs="Arial"/>
          <w:b w:val="0"/>
          <w:i w:val="0"/>
          <w:sz w:val="20"/>
        </w:rPr>
        <w:t>30–45 min | Easy | Free — From the SCYC marina, walk through the colorful settlement past Mount Olivet Baptist Church and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 to Pirate Cove Beach: </w:t>
      </w:r>
      <w:r>
        <w:rPr>
          <w:rFonts w:ascii="Arial" w:hAnsi="Arial" w:cs="Arial"/>
          <w:b w:val="0"/>
          <w:i w:val="0"/>
          <w:sz w:val="20"/>
        </w:rPr>
        <w:t>~15 min each way | Easy | Free — Head north along the island's sandy tracks toward Pirate Trap Beach, a secluded crescent on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6:22AM–7:41PM · Jul 6:27AM–7:56PM · Sep 6:52AM–7:08PM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cruiseports.org/staniel-cay-bahamas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