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St. Thomas, U.S. Virgin Islands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Caribbean's busiest cruise ports — turquoise bays, a legendary duty-free strip, aerial tramways above the harbor, and a 20-minute ferry ride to the national park beaches of St. John.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(Havensight or Crown Bay) · 🕒 Typical call: 8–10 hrs · 💵 US Dollar (USD)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Havensight Pier (WICO) or Crown Bay Marina (VIPA)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15–20 min from Havensight; taxi from Crown Bay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 · Shopping · Snorkeling · Day trip to St. John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Magens Bay, Paradise Point Skyride, or Trunk Bay on St. John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$5–$9/person — Open-air safari taxis queue at both Havensight and Crown Bay terminals. Rates are government-regulated per person: ~$5–6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Magens Bay Beach — </w:t>
      </w:r>
      <w:r>
        <w:rPr>
          <w:rFonts w:ascii="Arial" w:hAnsi="Arial" w:cs="Arial"/>
          <w:b w:val="0"/>
          <w:i w:val="0"/>
          <w:sz w:val="20"/>
        </w:rPr>
        <w:t>Consistently ranked among the world's most beautiful beaches — a sheltered, mile-long arc of calm turquoise water backed by lush…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St. John &amp; Trunk Bay — </w:t>
      </w:r>
      <w:r>
        <w:rPr>
          <w:rFonts w:ascii="Arial" w:hAnsi="Arial" w:cs="Arial"/>
          <w:b w:val="0"/>
          <w:i w:val="0"/>
          <w:sz w:val="20"/>
        </w:rPr>
        <w:t>Ferry 20 minutes to Cruz Bay, then taxi to Trunk Bay — a National Park beach with a self-guided underwater snorkel trail, powdery…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Paradise Point Skyride &amp; Mountain Top — </w:t>
      </w:r>
      <w:r>
        <w:rPr>
          <w:rFonts w:ascii="Arial" w:hAnsi="Arial" w:cs="Arial"/>
          <w:b w:val="0"/>
          <w:i w:val="0"/>
          <w:sz w:val="20"/>
        </w:rPr>
        <w:t>An aerial tramway carries you 700 feet above Charlotte Amalie harbor for panoramic views of the bay and surrounding islands — try…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Charlotte Amalie Historic Walk — </w:t>
      </w:r>
      <w:r>
        <w:rPr>
          <w:rFonts w:ascii="Arial" w:hAnsi="Arial" w:cs="Arial"/>
          <w:b w:val="0"/>
          <w:i w:val="0"/>
          <w:sz w:val="20"/>
        </w:rPr>
        <w:t>Explore 17th-century Danish colonial architecture along the waterfront, climb the famous 99 Steps (actually 103 — the Danes…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at Coki Beach &amp; Coral World — </w:t>
      </w:r>
      <w:r>
        <w:rPr>
          <w:rFonts w:ascii="Arial" w:hAnsi="Arial" w:cs="Arial"/>
          <w:b w:val="0"/>
          <w:i w:val="0"/>
          <w:sz w:val="20"/>
        </w:rPr>
        <w:t>Coki Beach, on the island's east end near Coral World Ocean Park, offers some of 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Havensight to Charlotte Amalie Waterfront: </w:t>
      </w:r>
      <w:r>
        <w:rPr>
          <w:rFonts w:ascii="Arial" w:hAnsi="Arial" w:cs="Arial"/>
          <w:b w:val="0"/>
          <w:i w:val="0"/>
          <w:sz w:val="20"/>
        </w:rPr>
        <w:t>~2.5 km · 1–2 hrs · easy — Walk the harbor road west from Havensight Pier past the ferry docks to Charlotte Amalie's…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99 Steps &amp; Government Hill: </w:t>
      </w:r>
      <w:r>
        <w:rPr>
          <w:rFonts w:ascii="Arial" w:hAnsi="Arial" w:cs="Arial"/>
          <w:b w:val="0"/>
          <w:i w:val="0"/>
          <w:sz w:val="20"/>
        </w:rPr>
        <w:t>~1.5 km · 1 hr · moderate (steep steps) — From Main Street, climb the famous 99 Steps — ballast stones brought by Danish ships, actually 103…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Havensight Mall &amp; Paradise Point Loop: </w:t>
      </w:r>
      <w:r>
        <w:rPr>
          <w:rFonts w:ascii="Arial" w:hAnsi="Arial" w:cs="Arial"/>
          <w:b w:val="0"/>
          <w:i w:val="0"/>
          <w:sz w:val="20"/>
        </w:rPr>
        <w:t>~0.5 km · 30 min · easy — From Havensight Pier, browse Havensight Mall's duty-free stores, then board the Paradise Point…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5:46AM–6:46PM · Jul 5:52AM–6:59PM · Sep 6:07AM–6:21PM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cruiseports.org/st-thomas-island-usvi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St. Thomas, U.S. Virgin Islands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-thomas-island-usv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Drake's Seat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 Thomas Adventures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Skyride to Paradise Point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Parasail Virgin Islands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West Indian Company Dock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Blackbeard's Castle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Coral World Ocean Park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