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St. Petersburg, Florida,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walkable, arts-rich waterfront city on Tampa Bay — home to the world's largest Dalí collection outside Europe, a spectacular new pier, and easy access to some of Florida's best Gulf beaches.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(downtown marina/quay) · 🕒 Typical call: 7-10 hrs · 💵 USD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ships dock at the Port of St. Petersburg quay near downtown Bayboro Harbor; within walking distance of the city core.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5-15 min on foot to Beach Drive and St. Pete Pier from the Harborage/Municipal Marina area.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Art lovers (Dalí, Chihuly), waterfront strolls, Gulf beach day trips.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Salvador Dalí Museum — the largest Dalí collection outside of Europe, with stunning architecture.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$10–$20 — Taxis queue at the port and can take you downtown in about 5–10 minutes. Starting fare ~$3.37, then ~$2.38/mile.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Salvador Dalí Museum — </w:t>
      </w:r>
      <w:r>
        <w:rPr>
          <w:rFonts w:ascii="Arial" w:hAnsi="Arial" w:cs="Arial"/>
          <w:b w:val="0"/>
          <w:i w:val="0"/>
          <w:sz w:val="20"/>
        </w:rPr>
        <w:t>The largest collection of Dalí's work outside Europe — over 2,000 pieces including major oil paintings — housed in a striking…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Pete Pier — </w:t>
      </w:r>
      <w:r>
        <w:rPr>
          <w:rFonts w:ascii="Arial" w:hAnsi="Arial" w:cs="Arial"/>
          <w:b w:val="0"/>
          <w:i w:val="0"/>
          <w:sz w:val="20"/>
        </w:rPr>
        <w:t>The reimagined 26-acre pier stretches into Tampa Bay with restaurants, a splash pad, Spa Beach, sweeping bay views, and public art.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Clearwater Beach Day Trip — </w:t>
      </w:r>
      <w:r>
        <w:rPr>
          <w:rFonts w:ascii="Arial" w:hAnsi="Arial" w:cs="Arial"/>
          <w:b w:val="0"/>
          <w:i w:val="0"/>
          <w:sz w:val="20"/>
        </w:rPr>
        <w:t>One of the US's top-rated beaches is just 40 minutes away.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Egmont Key Catamaran Cruise — </w:t>
      </w:r>
      <w:r>
        <w:rPr>
          <w:rFonts w:ascii="Arial" w:hAnsi="Arial" w:cs="Arial"/>
          <w:b w:val="0"/>
          <w:i w:val="0"/>
          <w:sz w:val="20"/>
        </w:rPr>
        <w:t>A 4-hour catamaran excursion to Egmont Key — snorkel, explore the historic Fort Dade ruins and lighthouse, and watch for dolphins…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of Fine Arts &amp; Waterfront Museum District — </w:t>
      </w:r>
      <w:r>
        <w:rPr>
          <w:rFonts w:ascii="Arial" w:hAnsi="Arial" w:cs="Arial"/>
          <w:b w:val="0"/>
          <w:i w:val="0"/>
          <w:sz w:val="20"/>
        </w:rPr>
        <w:t>Beach Drive clusters the Museum of Fine Arts (Monet, O'Keeffe, Wyeth), the Chihuly Collection, and the Morean Arts Center within…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Museum District Loop: </w:t>
      </w:r>
      <w:r>
        <w:rPr>
          <w:rFonts w:ascii="Arial" w:hAnsi="Arial" w:cs="Arial"/>
          <w:b w:val="0"/>
          <w:i w:val="0"/>
          <w:sz w:val="20"/>
        </w:rPr>
        <w:t>2.5 miles · Easy · 60-90 min — From the pier area, walk south along Beach Drive past the Museum of Fine Arts, Vinoy Park,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Central Avenue Mural &amp; Brewery Walk: </w:t>
      </w:r>
      <w:r>
        <w:rPr>
          <w:rFonts w:ascii="Arial" w:hAnsi="Arial" w:cs="Arial"/>
          <w:b w:val="0"/>
          <w:i w:val="0"/>
          <w:sz w:val="20"/>
        </w:rPr>
        <w:t>1 mile · Easy · 45-60 min — Stroll Central Avenue from 1st Street to 9th Street through the Central Arts District.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6:41AM–8:13PM · Jul 6:45AM–8:28PM · Sep 7:16AM–7:34PM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cruiseports.org/st-petersburg-fl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St. Petersburg, Florida,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-petersburg-f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Dalí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Chihuly Collection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Sunken Gardens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Florida Holocaust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Island Boat Adventures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Petersburg Saturday Morning Market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Weedon Island Preserve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North Straub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