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Mary's, Isles of Scilly, England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Twenty-eight miles off Cornwall's tip, St Mary's rewards cruise visitors with white-sand beaches that look Caribbean, an Elizabethan garrison with sweeping island views, and a harbor town with no chain stores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💷 British Pound (GBP) · 🗣️ English · 🌊 Weather-dependent tendering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St Mary's Quay, Hugh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pier to Hugh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coastal walks, ancient history, island-hopping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Garrison Walk &amp; a tripper boat to Tresco Abbey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£5–£15 — Local taxis (Toots Taxi, DJ Cabs) cover the whole island. Fares are short given the island's size; book ahead on busy po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Garrison Walk — </w:t>
      </w:r>
      <w:r>
        <w:rPr>
          <w:rFonts w:ascii="Arial" w:hAnsi="Arial" w:cs="Arial"/>
          <w:b w:val="0"/>
          <w:i w:val="0"/>
          <w:sz w:val="20"/>
        </w:rPr>
        <w:t>A 1.5-mile loop along Elizabethan garrison walls starting just 10 minutes uphill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Tresco Abbey Garden Day Trip — </w:t>
      </w:r>
      <w:r>
        <w:rPr>
          <w:rFonts w:ascii="Arial" w:hAnsi="Arial" w:cs="Arial"/>
          <w:b w:val="0"/>
          <w:i w:val="0"/>
          <w:sz w:val="20"/>
        </w:rPr>
        <w:t>A 20-minute tripper boat ride reaches the world-famous sub-tropical garden on Tresco — 20,000 plant specimens from 80 countries…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Bronze Age Burial Chambers — </w:t>
      </w:r>
      <w:r>
        <w:rPr>
          <w:rFonts w:ascii="Arial" w:hAnsi="Arial" w:cs="Arial"/>
          <w:b w:val="0"/>
          <w:i w:val="0"/>
          <w:sz w:val="20"/>
        </w:rPr>
        <w:t>Bant's Carn and Halangy Down Ancient Village on the island's north side offer a well-preserved Iron Age settlement and a Bronze…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RIB Safari — </w:t>
      </w:r>
      <w:r>
        <w:rPr>
          <w:rFonts w:ascii="Arial" w:hAnsi="Arial" w:cs="Arial"/>
          <w:b w:val="0"/>
          <w:i w:val="0"/>
          <w:sz w:val="20"/>
        </w:rPr>
        <w:t>RIB boat tours depart from the quay to spot Atlantic grey seals on rocky haul-outs, puffins (May–July), dolphins, and seabirds…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Porthcressa Beach &amp; Hugh Town — </w:t>
      </w:r>
      <w:r>
        <w:rPr>
          <w:rFonts w:ascii="Arial" w:hAnsi="Arial" w:cs="Arial"/>
          <w:b w:val="0"/>
          <w:i w:val="0"/>
          <w:sz w:val="20"/>
        </w:rPr>
        <w:t>A 7-minute walk from the pier brings you to Porthcressa, a crescent of white sand with turquoise water that looks Mediterranean.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Garrison Loop: </w:t>
      </w:r>
      <w:r>
        <w:rPr>
          <w:rFonts w:ascii="Arial" w:hAnsi="Arial" w:cs="Arial"/>
          <w:b w:val="0"/>
          <w:i w:val="0"/>
          <w:sz w:val="20"/>
        </w:rPr>
        <w:t>1.5 miles · 45–60 min · Moderate (uphill start) · Free — From St Mary's Quay, follow the road up to the Garrison gate.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Pelistry Bay &amp; Toll's Island: </w:t>
      </w:r>
      <w:r>
        <w:rPr>
          <w:rFonts w:ascii="Arial" w:hAnsi="Arial" w:cs="Arial"/>
          <w:b w:val="0"/>
          <w:i w:val="0"/>
          <w:sz w:val="20"/>
        </w:rPr>
        <w:t>4 miles round trip · 1.5–2 hrs · Easy · Free — Head northeast out of Hugh Town along the coast path to secluded Pelistry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Peninnis Head Cliff Walk: </w:t>
      </w:r>
      <w:r>
        <w:rPr>
          <w:rFonts w:ascii="Arial" w:hAnsi="Arial" w:cs="Arial"/>
          <w:b w:val="0"/>
          <w:i w:val="0"/>
          <w:sz w:val="20"/>
        </w:rPr>
        <w:t>3 miles round trip · 1–1.5 hrs · Easy · Free — Walk south from Hugh Town to the dramatic granite tors and lighthouse of Peninnis Head.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5:39AM–9:04PM · Jul 5:33AM–9:28PM · Sep 7:01AM–7:38PM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cruiseports.org/st-marys-island-england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Mary's, Isles of Scilly, England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marys-island-eng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Cromwell's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Bant's Carn Burial Chamber and Halangy Down Ancient Village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Garrison Walls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Heritage Coast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Carreg Dhu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Isles Of Scilly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