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 Joseph Atoll, Amirante Islands, Seychelles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Indian Ocean's last truly untouched atolls, St Joseph is a strictly protected shark nursery and turtle sanctuary visited only by expedition ships — no pier, no town, just crystalline lagoon and raw wilderness.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wet landing (no pier) · 🕒 Typical call: 4–6 hrs · 💵 No local currency needed · 🗣️ No local services · 🌿 Protected nature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offshore; Zodiac wet landing on sand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Shark &amp; ray encounters, snorkeling, seabird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Infrastructure: </w:t>
      </w:r>
      <w:r>
        <w:rPr>
          <w:rFonts w:ascii="Arial" w:hAnsi="Arial" w:cs="Arial"/>
          <w:b w:val="0"/>
          <w:i w:val="0"/>
          <w:sz w:val="20"/>
        </w:rPr>
        <w:t>None — no pier, shops, restaurants, or roads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Baby lemon sharks in ankle-deep lagoon water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Shark &amp; Ray Lagoon Walk — </w:t>
      </w:r>
      <w:r>
        <w:rPr>
          <w:rFonts w:ascii="Arial" w:hAnsi="Arial" w:cs="Arial"/>
          <w:b w:val="0"/>
          <w:i w:val="0"/>
          <w:sz w:val="20"/>
        </w:rPr>
        <w:t>Wade through ankle- to knee-deep crystal-clear water on the lagoon flats to observe blacktip reef sharks and sicklefin lemon…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Lagoon Safari — </w:t>
      </w:r>
      <w:r>
        <w:rPr>
          <w:rFonts w:ascii="Arial" w:hAnsi="Arial" w:cs="Arial"/>
          <w:b w:val="0"/>
          <w:i w:val="0"/>
          <w:sz w:val="20"/>
        </w:rPr>
        <w:t>Ride inflatable Zodiacs through the mangrove channels and shallow lagoon interior, guided by expedition naturalists.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 Nesting Walk — </w:t>
      </w:r>
      <w:r>
        <w:rPr>
          <w:rFonts w:ascii="Arial" w:hAnsi="Arial" w:cs="Arial"/>
          <w:b w:val="0"/>
          <w:i w:val="0"/>
          <w:sz w:val="20"/>
        </w:rPr>
        <w:t>Naturalist-guided walk across the interior to active nesting colonies of roseate terns, lesser noddies, and wedge-tailed…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Reef Edge Snorkeling — </w:t>
      </w:r>
      <w:r>
        <w:rPr>
          <w:rFonts w:ascii="Arial" w:hAnsi="Arial" w:cs="Arial"/>
          <w:b w:val="0"/>
          <w:i w:val="0"/>
          <w:sz w:val="20"/>
        </w:rPr>
        <w:t>Zodiac-deployed snorkeling off the outer reef edge, where the atoll wall drops into deep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Atoll Beach Time — </w:t>
      </w:r>
      <w:r>
        <w:rPr>
          <w:rFonts w:ascii="Arial" w:hAnsi="Arial" w:cs="Arial"/>
          <w:b w:val="0"/>
          <w:i w:val="0"/>
          <w:sz w:val="20"/>
        </w:rPr>
        <w:t>The entire atoll is bordered by white coral sand beach shaded by coconut palms and casuarina trees.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Beach Perimeter Walk: </w:t>
      </w:r>
      <w:r>
        <w:rPr>
          <w:rFonts w:ascii="Arial" w:hAnsi="Arial" w:cs="Arial"/>
          <w:b w:val="0"/>
          <w:i w:val="0"/>
          <w:sz w:val="20"/>
        </w:rPr>
        <w:t>~1–2 km | Easy | Sand &amp; shallow water — Walk the arc of the main landing beach along the lagoon shoreline.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6:27AM–6:25PM · Jun 6:33AM–6:21PM · Aug 6:33AM–6:28PM · Sep 6:19AM–6:23PM · Oct 6:05AM–6:18PM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Water shoes are mandatory. You will step into shallow water off the Zodiac onto coral sand and shell fragments. Flip-flops offer no grip and will be lost.…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a dry bag. Zodiac rides create spray and wet landings are guaranteed. Protect your camera, phone, and binoculars in a waterproof bag before boarding.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Reef-safe sunscreen only. Seychelles law and SOSF reserve rules prohibit chemical sunscreens. Use mineral (zinc/titanium oxide) sunscreen — your ship's shop…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cruiseports.org/st-joseph-atoll-seychelles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