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St. John's, Antigua, Caribbean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Antigua's capital greets ships with two walk-off piers right in the heart of town — making it one of the Caribbean's most convenient ports. Beyond the duty-free quays, 365 beaches and a UNESCO World Heritage naval dockyard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— Heritage Quay or Deep Water Harbour · 🕒 Typical call: 7-9 hrs · 💵 Eastern Caribbean Dollar (USD widely accepted)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Heritage Quay (walk-off to town) or Deep Water Harbour (~1 km from center)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0 min from Heritage Quay; 10-15 min from Deep Water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history (Nelson's Dockyard), and stingray encounters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Nelson's Dockyard National Park &amp; Shirley Heights Lookout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$12-15 USD — Government-regulated fixed-rate taxis queue at the pier. Fares to nearby beaches like Dickenson Bay or Fort James run ro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Nelson's Dockyard &amp; Shirley Heights — </w:t>
      </w:r>
      <w:r>
        <w:rPr>
          <w:rFonts w:ascii="Arial" w:hAnsi="Arial" w:cs="Arial"/>
          <w:b w:val="0"/>
          <w:i w:val="0"/>
          <w:sz w:val="20"/>
        </w:rPr>
        <w:t>UNESCO-listed English Harbour holds the only continuously operating Georgian-era naval dockyard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Stingray City Antigua — </w:t>
      </w:r>
      <w:r>
        <w:rPr>
          <w:rFonts w:ascii="Arial" w:hAnsi="Arial" w:cs="Arial"/>
          <w:b w:val="0"/>
          <w:i w:val="0"/>
          <w:sz w:val="20"/>
        </w:rPr>
        <w:t>Take a short boat ride out to a shallow offshore sandbar near Seaton's Village to wade in waist-deep water and hand-feed Southern…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— Dickenson Bay or Fort James — </w:t>
      </w:r>
      <w:r>
        <w:rPr>
          <w:rFonts w:ascii="Arial" w:hAnsi="Arial" w:cs="Arial"/>
          <w:b w:val="0"/>
          <w:i w:val="0"/>
          <w:sz w:val="20"/>
        </w:rPr>
        <w:t>Fort James Beach is the closest to the port (10-min taxi), with calm water and vendors.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Sail &amp; Snorkel — </w:t>
      </w:r>
      <w:r>
        <w:rPr>
          <w:rFonts w:ascii="Arial" w:hAnsi="Arial" w:cs="Arial"/>
          <w:b w:val="0"/>
          <w:i w:val="0"/>
          <w:sz w:val="20"/>
        </w:rPr>
        <w:t>Sail along Antigua's south coast to snorkel Cades Reef, one of the Caribbean's longest fringing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Rainforest Zipline Safari — </w:t>
      </w:r>
      <w:r>
        <w:rPr>
          <w:rFonts w:ascii="Arial" w:hAnsi="Arial" w:cs="Arial"/>
          <w:b w:val="0"/>
          <w:i w:val="0"/>
          <w:sz w:val="20"/>
        </w:rPr>
        <w:t>Fly through Antigua's interior forest canopy on a multi-line zipline course, then explore the island's rugged landscape on 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Heritage Quay to St. John's Cathedral: </w:t>
      </w:r>
      <w:r>
        <w:rPr>
          <w:rFonts w:ascii="Arial" w:hAnsi="Arial" w:cs="Arial"/>
          <w:b w:val="0"/>
          <w:i w:val="0"/>
          <w:sz w:val="20"/>
        </w:rPr>
        <w:t>1.5 km · 20 min · Easy — Leave Heritage Quay heading east on Thames Street, passing Redcliffe Quay's colonial storefronts.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Public Market: </w:t>
      </w:r>
      <w:r>
        <w:rPr>
          <w:rFonts w:ascii="Arial" w:hAnsi="Arial" w:cs="Arial"/>
          <w:b w:val="0"/>
          <w:i w:val="0"/>
          <w:sz w:val="20"/>
        </w:rPr>
        <w:t>0.8 km · 10 min · Easy — From Heritage Quay, head south on High Street into the heart of the local market district.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5:23AM–8:31PM · Jul 5:19AM–8:53PM · Sep 6:38AM–7:12PM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cruiseports.org/st-johns-antigua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St. John's, Antigua, Caribbean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-johns-antigu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James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Antigua &amp; Barbuda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Family Catholic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VC Bird Monument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Antigua's Donkey Sanctuary Humane Society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Antigua Cruise Port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John's Cathedral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