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 Croix, U.S. Virgin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and least-visited of the U.S. Virgin Islands rewards curious cruisers with Danish colonial forts, one of the Caribbean's premier reef snorkel sites, award-winning rum distilleries, and uncrowded beaches steps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USD (no currency exchange needed) · 🗣️ English · 🇺🇸 U.S. Territory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Ann E. Abramson Marine Facility, Frederiksted — deep-water pier,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5-min walk along pier into Frederiksted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Buck Island, rum distillery tours, Danish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Frederik (steps from pier) and a Crucian Hook bracelet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$6–$36 — Government-regulated taxis queue at the Frederiksted Pier on cruise days. Fares are per person: within Frederiksted ~$6,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Buck Island Reef National Monument — </w:t>
      </w:r>
      <w:r>
        <w:rPr>
          <w:rFonts w:ascii="Arial" w:hAnsi="Arial" w:cs="Arial"/>
          <w:b w:val="0"/>
          <w:i w:val="0"/>
          <w:sz w:val="20"/>
        </w:rPr>
        <w:t>One of only three underwater national monuments in the U.S., Buck Island features a marked underwater snorkel trail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Frederik &amp; Frederiksted Walk — </w:t>
      </w:r>
      <w:r>
        <w:rPr>
          <w:rFonts w:ascii="Arial" w:hAnsi="Arial" w:cs="Arial"/>
          <w:b w:val="0"/>
          <w:i w:val="0"/>
          <w:sz w:val="20"/>
        </w:rPr>
        <w:t>Steps from the pier, Fort Frederik is where Governor von Scholten emancipated enslaved people in 1848.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Christiansted National Historic Site — </w:t>
      </w:r>
      <w:r>
        <w:rPr>
          <w:rFonts w:ascii="Arial" w:hAnsi="Arial" w:cs="Arial"/>
          <w:b w:val="0"/>
          <w:i w:val="0"/>
          <w:sz w:val="20"/>
        </w:rPr>
        <w:t>The island's former capital features Fort Christiansvaern — a striking yellow Danish fort — plus the Custom House and Steeple…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Cruzan Rum Distillery Tour — </w:t>
      </w:r>
      <w:r>
        <w:rPr>
          <w:rFonts w:ascii="Arial" w:hAnsi="Arial" w:cs="Arial"/>
          <w:b w:val="0"/>
          <w:i w:val="0"/>
          <w:sz w:val="20"/>
        </w:rPr>
        <w:t>St Croix is rum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Rainbow Beach Day — </w:t>
      </w:r>
      <w:r>
        <w:rPr>
          <w:rFonts w:ascii="Arial" w:hAnsi="Arial" w:cs="Arial"/>
          <w:b w:val="0"/>
          <w:i w:val="0"/>
          <w:sz w:val="20"/>
        </w:rPr>
        <w:t>Lively beach bar north of the pier with Rhythms at Rainbow Beach restaurant, chair and umbrella rentals, jet ski hire,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Frederiksted Waterfront &amp; Fort Walk: </w:t>
      </w:r>
      <w:r>
        <w:rPr>
          <w:rFonts w:ascii="Arial" w:hAnsi="Arial" w:cs="Arial"/>
          <w:b w:val="0"/>
          <w:i w:val="0"/>
          <w:sz w:val="20"/>
        </w:rPr>
        <w:t>0.5 mi · 20 min · Easy — From the pier, walk directly to Fort Frederik, then continue along Strand Street past pastel…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Frederiksted Beach Stroll: </w:t>
      </w:r>
      <w:r>
        <w:rPr>
          <w:rFonts w:ascii="Arial" w:hAnsi="Arial" w:cs="Arial"/>
          <w:b w:val="0"/>
          <w:i w:val="0"/>
          <w:sz w:val="20"/>
        </w:rPr>
        <w:t>0.5 mi north · 10 min · Easy — Walk north past the fort to Frederiksted Beach for a swim with your cruise ship in the background.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5:47AM–6:44PM · Jul 5:53AM–6:57PM · Sep 6:07AM–6:21PM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cruiseports.org/st-croix-island-usvi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 Croix, U.S. Virgin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croix-island-us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Frederik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Estate Mount Washington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George Village Botanical Gardens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Sandy Point National Wildlife Refuge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Gecko's Island Adventures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Cruzan Rum Distillery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Cruzan Cowgirls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Frederiksted Historic District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