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St. Augustine,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Founded in 1565, St. Augustine is the oldest continuously occupied European settlement in the continental US — a living museum of Spanish forts, coquina architecture, and sun-washed cobblestone lanes just steps from the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Shore excursion from Jacksonville · 🕒 Typical call: 6–8 hrs · 💵 US Dollar · 🗣️ English · 🏛️ Historic District walkable from dock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pier at St. Augustine Municipal Marina; large ships visit via excursion from Jacksonville (~45 mi)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Under 5 min from marina to St. George Street and Castillo de San Marcos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architecture lovers, beach day, Southern food &amp; craft spirits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Castillo de San Marcos, St. George Street, St. Augustine Lighthouse, St. Augustine Distillery free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Local taxis (e.g., Abraxi Taxi) use zone-based flat rates within St. Augustine. Downtown fares start around $5; trips 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Old Town Trolley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de San Marcos — </w:t>
      </w:r>
      <w:r>
        <w:rPr>
          <w:rFonts w:ascii="Arial" w:hAnsi="Arial" w:cs="Arial"/>
          <w:b w:val="0"/>
          <w:i w:val="0"/>
          <w:sz w:val="20"/>
        </w:rPr>
        <w:t>America's oldest masonry fort (1695), built of coquina shell-stone that famously absorbed cannonballs.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George Street &amp; Plaza de la Constitución — </w:t>
      </w:r>
      <w:r>
        <w:rPr>
          <w:rFonts w:ascii="Arial" w:hAnsi="Arial" w:cs="Arial"/>
          <w:b w:val="0"/>
          <w:i w:val="0"/>
          <w:sz w:val="20"/>
        </w:rPr>
        <w:t>The pedestrian heart of the Old City — centuries-old storefronts, street musicians, the 18th-century Cathedral Basilica,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Augustine Lighthouse — </w:t>
      </w:r>
      <w:r>
        <w:rPr>
          <w:rFonts w:ascii="Arial" w:hAnsi="Arial" w:cs="Arial"/>
          <w:b w:val="0"/>
          <w:i w:val="0"/>
          <w:sz w:val="20"/>
        </w:rPr>
        <w:t>Climb 219 steps inside the 1874 lighthouse for panoramic views of the Atlantic and historic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Augustine Alligator Farm — </w:t>
      </w:r>
      <w:r>
        <w:rPr>
          <w:rFonts w:ascii="Arial" w:hAnsi="Arial" w:cs="Arial"/>
          <w:b w:val="0"/>
          <w:i w:val="0"/>
          <w:sz w:val="20"/>
        </w:rPr>
        <w:t>One of Florida's oldest continuously running attractions (since 1893) — the only place on earth where all 24 crocodilian species…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Anastasia State Park Beach — </w:t>
      </w:r>
      <w:r>
        <w:rPr>
          <w:rFonts w:ascii="Arial" w:hAnsi="Arial" w:cs="Arial"/>
          <w:b w:val="0"/>
          <w:i w:val="0"/>
          <w:sz w:val="20"/>
        </w:rPr>
        <w:t>Four miles of undeveloped white-sand Atlantic beach with dunes, kayak rentals, and paddleboard hire.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Bayfront to Old City Loop: </w:t>
      </w:r>
      <w:r>
        <w:rPr>
          <w:rFonts w:ascii="Arial" w:hAnsi="Arial" w:cs="Arial"/>
          <w:b w:val="0"/>
          <w:i w:val="0"/>
          <w:sz w:val="20"/>
        </w:rPr>
        <w:t>1.5 miles · Easy · 45–60 min — Follow the bayfront north from the marina past the Castillo de San Marcos, turn south onto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Flagler College &amp; Lightner Museum Quarter: </w:t>
      </w:r>
      <w:r>
        <w:rPr>
          <w:rFonts w:ascii="Arial" w:hAnsi="Arial" w:cs="Arial"/>
          <w:b w:val="0"/>
          <w:i w:val="0"/>
          <w:sz w:val="20"/>
        </w:rPr>
        <w:t>0.75 miles · Easy · 30 min — Head west from the Plaza to Flagler College (the 1888 Ponce de León Hotel, now containing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6:32AM–8:11PM · Jul 6:35AM–8:27PM · Sep 7:10AM–7:29PM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cruiseports.org/st-augustine-fl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St. Augustine,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augustine-f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Anastasia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Augustine Alligator Farm Zoological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Castillo de San Marcos National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Mose Historic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Ponce de Leon's Fountain of Youth Archaeological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Lightner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Augustine Lighthouse &amp; 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Ghosts &amp; Gravestones Tour St. Augustine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