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 Agnes, Isles of Scilly,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Barely a mile across and home to just 80 residents, St Agnes is one of England's most remote inhabited islands — no cars, no noise, just clifftop paths, turquoise coves, and a legendary pub steps from the quay.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off Porth Conger) · 🕒 Typical call: 5–7 hrs · 💷 Currency: British Pound (GBP) · 🗣️ Language: English · 🚶 Fully walkable — no vehicles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Porth Conger Quay; larger ships may tender to St Mary's first, then inter-island boat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The Turk's Head pub is 1 min from the quay; island loop ~2 hrs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 beaches, coastal walking, puffins (May–Jul), off-the-beaten-path charm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Crossing the sandbar to Gugh at low tide — check tide tables at the quay first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Circuit Walk — </w:t>
      </w:r>
      <w:r>
        <w:rPr>
          <w:rFonts w:ascii="Arial" w:hAnsi="Arial" w:cs="Arial"/>
          <w:b w:val="0"/>
          <w:i w:val="0"/>
          <w:sz w:val="20"/>
        </w:rPr>
        <w:t>A 4-mile coastal loop takes in clifftop heathland, hidden coves, the pebble Troytown Maze, the old lighthouse, and sweeping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Gugh Island &amp; The Old Man of Gugh — </w:t>
      </w:r>
      <w:r>
        <w:rPr>
          <w:rFonts w:ascii="Arial" w:hAnsi="Arial" w:cs="Arial"/>
          <w:b w:val="0"/>
          <w:i w:val="0"/>
          <w:sz w:val="20"/>
        </w:rPr>
        <w:t>At low tide a natural sandbar connects St Agnes to tiny Gugh, where you'll find a Bronze Age standing stone, ancient burial…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Seabird &amp; Wildlife Watching — </w:t>
      </w:r>
      <w:r>
        <w:rPr>
          <w:rFonts w:ascii="Arial" w:hAnsi="Arial" w:cs="Arial"/>
          <w:b w:val="0"/>
          <w:i w:val="0"/>
          <w:sz w:val="20"/>
        </w:rPr>
        <w:t>Between May and July, puffins nest on rocky islets just offshore.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Beady Pool Beachcombing — </w:t>
      </w:r>
      <w:r>
        <w:rPr>
          <w:rFonts w:ascii="Arial" w:hAnsi="Arial" w:cs="Arial"/>
          <w:b w:val="0"/>
          <w:i w:val="0"/>
          <w:sz w:val="20"/>
        </w:rPr>
        <w:t>A 17th-century Dutch trading ship wrecked offshore here, and its cargo of Venetian-made glass and ceramic beads still washes onto…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Troytown Farm Ice Cream — </w:t>
      </w:r>
      <w:r>
        <w:rPr>
          <w:rFonts w:ascii="Arial" w:hAnsi="Arial" w:cs="Arial"/>
          <w:b w:val="0"/>
          <w:i w:val="0"/>
          <w:sz w:val="20"/>
        </w:rPr>
        <w:t>The only dairy farm in the Isles of Scilly makes its own ice cream on-site from Jersey cows.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Coastal Loop: </w:t>
      </w:r>
      <w:r>
        <w:rPr>
          <w:rFonts w:ascii="Arial" w:hAnsi="Arial" w:cs="Arial"/>
          <w:b w:val="0"/>
          <w:i w:val="0"/>
          <w:sz w:val="20"/>
        </w:rPr>
        <w:t>4 miles | ~2 hrs | Easy-moderate | All terrain — Start at Porth Conger Quay, walk south past the Turk's Head and up through the village to the 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Gugh via The Bar: </w:t>
      </w:r>
      <w:r>
        <w:rPr>
          <w:rFonts w:ascii="Arial" w:hAnsi="Arial" w:cs="Arial"/>
          <w:b w:val="0"/>
          <w:i w:val="0"/>
          <w:sz w:val="20"/>
        </w:rPr>
        <w:t>1 mile each way | 30–45 min each way | Easy | Check tides! — From the quay, walk five minutes along the harbour-side path to The Bar — the natural sandbar that…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5:39AM–9:04PM · Jul 5:33AM–9:28PM · Sep 7:01AM–7:38PM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cruiseports.org/st-agnes-island-england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 Agnes, Isles of Scilly,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-agnes-island-eng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Cromwell's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Bant's Carn Burial Chamber and Halangy Down Ancient Village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Garrison Walls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Isles of Scilly Heritage Coast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Carreg Dhu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Isles Of Scilly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