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Split, Dalmatia,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Roman emperor's retirement palace turned living city — Split's old town is Diocletian's Palace, a 1,700-year-old UNESCO labyrinth where people still live, eat, and drink among ancient columns.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(city port — central) · 🕒 Typical call: 8–10 hrs · 💶 Euro (EUR) — since Jan 2023 · 🗣️ Croatian ·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Split Passenger Terminal — steps from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Diocletian's Palace: </w:t>
      </w:r>
      <w:r>
        <w:rPr>
          <w:rFonts w:ascii="Arial" w:hAnsi="Arial" w:cs="Arial"/>
          <w:b w:val="0"/>
          <w:i w:val="0"/>
          <w:sz w:val="20"/>
        </w:rPr>
        <w:t>~5–10 min on foot from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history · Riva waterfront · island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Peristyle courtyard inside the Palace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€18–€24 — Metered taxis are available at the port. Pre-booking a private transfer online can save up to 40% vs. a street taxi.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Split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Diocletian's Palace Self-Guided Walk — </w:t>
      </w:r>
      <w:r>
        <w:rPr>
          <w:rFonts w:ascii="Arial" w:hAnsi="Arial" w:cs="Arial"/>
          <w:b w:val="0"/>
          <w:i w:val="0"/>
          <w:sz w:val="20"/>
        </w:rPr>
        <w:t>The Palace is not a museum you visit — it's the living old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Hvar Island Day Trip — </w:t>
      </w:r>
      <w:r>
        <w:rPr>
          <w:rFonts w:ascii="Arial" w:hAnsi="Arial" w:cs="Arial"/>
          <w:b w:val="0"/>
          <w:i w:val="0"/>
          <w:sz w:val="20"/>
        </w:rPr>
        <w:t>A fast catamaran (~1 hr from Split Ferry Terminal, tickets ~€25 each way) reaches Hvar Town — one of Croatia's most photogenic…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Trogir UNESCO Town — </w:t>
      </w:r>
      <w:r>
        <w:rPr>
          <w:rFonts w:ascii="Arial" w:hAnsi="Arial" w:cs="Arial"/>
          <w:b w:val="0"/>
          <w:i w:val="0"/>
          <w:sz w:val="20"/>
        </w:rPr>
        <w:t>Just 27 km from Split, Trogir is a tiny island city whose medieval core is a UNESCO World Heritage Site.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Krka National Park Waterfalls — </w:t>
      </w:r>
      <w:r>
        <w:rPr>
          <w:rFonts w:ascii="Arial" w:hAnsi="Arial" w:cs="Arial"/>
          <w:b w:val="0"/>
          <w:i w:val="0"/>
          <w:sz w:val="20"/>
        </w:rPr>
        <w:t>About 85 km north of Split, Krka National Park offers travertine waterfalls and turquoise river pools.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the Palace Walls — </w:t>
      </w:r>
      <w:r>
        <w:rPr>
          <w:rFonts w:ascii="Arial" w:hAnsi="Arial" w:cs="Arial"/>
          <w:b w:val="0"/>
          <w:i w:val="0"/>
          <w:sz w:val="20"/>
        </w:rPr>
        <w:t>Guided sea kayaking tours launch from the Riva and paddle along the sea-facing walls of Diocletian's Palace, then out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Riva to the Peristyle — Heart of the Palace: </w:t>
      </w:r>
      <w:r>
        <w:rPr>
          <w:rFonts w:ascii="Arial" w:hAnsi="Arial" w:cs="Arial"/>
          <w:b w:val="0"/>
          <w:i w:val="0"/>
          <w:sz w:val="20"/>
        </w:rPr>
        <w:t>~500 m · 10 min · flat · easy — Walk east along the Riva from the pier to the Bronze Gate (southern Palace entrance).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Palace to Marjan Hill Viewpoint: </w:t>
      </w:r>
      <w:r>
        <w:rPr>
          <w:rFonts w:ascii="Arial" w:hAnsi="Arial" w:cs="Arial"/>
          <w:b w:val="0"/>
          <w:i w:val="0"/>
          <w:sz w:val="20"/>
        </w:rPr>
        <w:t>~2 km one-way · 45 min · uphill · moderate — Exit the Palace via the Iron Gate (western side) to the People's Square (Narodni Trg), then head…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Golden Gate to the Green Market: </w:t>
      </w:r>
      <w:r>
        <w:rPr>
          <w:rFonts w:ascii="Arial" w:hAnsi="Arial" w:cs="Arial"/>
          <w:b w:val="0"/>
          <w:i w:val="0"/>
          <w:sz w:val="20"/>
        </w:rPr>
        <w:t>~700 m · 15 min · flat · easy — Enter the Palace through the northern Golden Gate — the most ornate of the four entrances — where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5:29AM–8:12PM · Jul 5:27AM–8:32PM · Sep 6:33AM–7:04PM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cruiseports.org/split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Split, Dalmatia,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pli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Diocletian's Palace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Meštrovićeve Crikvine - Kaštilac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Gradina Solin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Kula Cambi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Our Lady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