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Spanish Wells, Eleuthera, Bahamas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The Lobster Capital of the Bahamas, Spanish Wells is a tidy, pastel-hued fishing village on a two-mile island where golf carts replace cars and white-sand sandbars appear at low tide like something out of a dream.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(no cruise pier) · 🕒 Typical call: 6–8 hrs · 💵 USD accepted everywhere · 🗣️ English · 🦞 Lobster &amp; fishing culture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to Government Dock, south side of island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beach: </w:t>
      </w:r>
      <w:r>
        <w:rPr>
          <w:rFonts w:ascii="Arial" w:hAnsi="Arial" w:cs="Arial"/>
          <w:b w:val="0"/>
          <w:i w:val="0"/>
          <w:sz w:val="20"/>
        </w:rPr>
        <w:t>~10–15 min on foot to North Beach (0.6 mi)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Beach days, golf cart exploring, snorkeling, fresh seafood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The low-tide sandbars on North Beach and lobster at The Shipyard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$5–$6/person — If connecting from North Eleuthera (Gene's Bay Dock), a short water taxi crosses to Spanish Wells. Add ~$15/person for a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Swimming Pigs at Meeks Patch — </w:t>
      </w:r>
      <w:r>
        <w:rPr>
          <w:rFonts w:ascii="Arial" w:hAnsi="Arial" w:cs="Arial"/>
          <w:b w:val="0"/>
          <w:i w:val="0"/>
          <w:sz w:val="20"/>
        </w:rPr>
        <w:t>A 15-minute boat ride brings you to a tiny deserted island where friendly pigs (and ducks) wade right into the water to greet you.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Devil's Backbone Snorkeling — </w:t>
      </w:r>
      <w:r>
        <w:rPr>
          <w:rFonts w:ascii="Arial" w:hAnsi="Arial" w:cs="Arial"/>
          <w:b w:val="0"/>
          <w:i w:val="0"/>
          <w:sz w:val="20"/>
        </w:rPr>
        <w:t>A legendary shallow reef that wrecked Spanish galleons for centuries.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North Beach Sandbar Day — </w:t>
      </w:r>
      <w:r>
        <w:rPr>
          <w:rFonts w:ascii="Arial" w:hAnsi="Arial" w:cs="Arial"/>
          <w:b w:val="0"/>
          <w:i w:val="0"/>
          <w:sz w:val="20"/>
        </w:rPr>
        <w:t>Walk or golf-cart to Spanish Wells' North Beach and wade out onto vast sandbars that emerge at low tide.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Deep-Sea or Bonefishing Charter — </w:t>
      </w:r>
      <w:r>
        <w:rPr>
          <w:rFonts w:ascii="Arial" w:hAnsi="Arial" w:cs="Arial"/>
          <w:b w:val="0"/>
          <w:i w:val="0"/>
          <w:sz w:val="20"/>
        </w:rPr>
        <w:t>Spanish Wells' fishing captains are some of the best in the Bahamas.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Golf Cart Island Tour — </w:t>
      </w:r>
      <w:r>
        <w:rPr>
          <w:rFonts w:ascii="Arial" w:hAnsi="Arial" w:cs="Arial"/>
          <w:b w:val="0"/>
          <w:i w:val="0"/>
          <w:sz w:val="20"/>
        </w:rPr>
        <w:t>Rent a cart and explore the entire island at your own pace — pastel cottages, the harbor lined with million-dollar lobster boats…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Government Dock to North Beach: </w:t>
      </w:r>
      <w:r>
        <w:rPr>
          <w:rFonts w:ascii="Arial" w:hAnsi="Arial" w:cs="Arial"/>
          <w:b w:val="0"/>
          <w:i w:val="0"/>
          <w:sz w:val="20"/>
        </w:rPr>
        <w:t>0.6 mi · ~12 min · Easy — Walk straight across the island from the tender dock to the stunning North Beach.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Spanish Wells to Russell Island Bridge: </w:t>
      </w:r>
      <w:r>
        <w:rPr>
          <w:rFonts w:ascii="Arial" w:hAnsi="Arial" w:cs="Arial"/>
          <w:b w:val="0"/>
          <w:i w:val="0"/>
          <w:sz w:val="20"/>
        </w:rPr>
        <w:t>1.5 mi · ~25 min or 5 min by cart · Easy — Head west along the harbor road to the bridge connecting Spanish Wells (St.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19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6:21AM–7:45PM · Jul 6:25AM–8:00PM · Sep 6:53AM–7:10PM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cruiseports.org/spanish-wells-bahamas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Spanish Wells, Eleuthera, Bahamas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panish-wells-bahamas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Spanish Wells Fishing Charters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