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South Water Caye, Stann Creek, Belize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gem of the Belize Barrier Reef — UNESCO-protected waters, world-class snorkeling just steps from shore, and the kind of serene tropical paradise most cruisers only dream about.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(no pier) · 🕒 Typical call: 4-6 hrs · 💵 USD widely accepted (BZD official) · 🗣️ English · 🐢 Marine Reserve / UNESCO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only — small/expedition ships anchor offshore; guests tender ashore to the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Island is walkable end-to-end in ~10 min; very little onshore infrastructure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 the barrier reef, diving, wildlife spotting, total relaxation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Reef snorkeling directly off the beach — the coral is minutes from shore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the Belize Barrier Reef — </w:t>
      </w:r>
      <w:r>
        <w:rPr>
          <w:rFonts w:ascii="Arial" w:hAnsi="Arial" w:cs="Arial"/>
          <w:b w:val="0"/>
          <w:i w:val="0"/>
          <w:sz w:val="20"/>
        </w:rPr>
        <w:t>The reef is minutes from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Scuba Diving — Curlew Wall &amp; Paradise — </w:t>
      </w:r>
      <w:r>
        <w:rPr>
          <w:rFonts w:ascii="Arial" w:hAnsi="Arial" w:cs="Arial"/>
          <w:b w:val="0"/>
          <w:i w:val="0"/>
          <w:sz w:val="20"/>
        </w:rPr>
        <w:t>Wall dives along the outer barrier reef drop into deep blue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Turtle &amp; Manatee Watch — </w:t>
      </w:r>
      <w:r>
        <w:rPr>
          <w:rFonts w:ascii="Arial" w:hAnsi="Arial" w:cs="Arial"/>
          <w:b w:val="0"/>
          <w:i w:val="0"/>
          <w:sz w:val="20"/>
        </w:rPr>
        <w:t>The South Water Caye Marine Reserve protects nesting hawksbill and loggerhead sea turtles, and is one of the last strongholds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Man-O-War Caye Frigatebird Colony — </w:t>
      </w:r>
      <w:r>
        <w:rPr>
          <w:rFonts w:ascii="Arial" w:hAnsi="Arial" w:cs="Arial"/>
          <w:b w:val="0"/>
          <w:i w:val="0"/>
          <w:sz w:val="20"/>
        </w:rPr>
        <w:t>A short boat ride brings you to Man-O-War Caye, a protected nesting colony for magnificent frigatebirds and brown boobies —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at the Caye — </w:t>
      </w:r>
      <w:r>
        <w:rPr>
          <w:rFonts w:ascii="Arial" w:hAnsi="Arial" w:cs="Arial"/>
          <w:b w:val="0"/>
          <w:i w:val="0"/>
          <w:sz w:val="20"/>
        </w:rPr>
        <w:t>With calm, clear water, white sand, and a horizon of nothing but reef, South Water Caye is one of the best simple beach days…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Island Perimeter Stroll: </w:t>
      </w:r>
      <w:r>
        <w:rPr>
          <w:rFonts w:ascii="Arial" w:hAnsi="Arial" w:cs="Arial"/>
          <w:b w:val="0"/>
          <w:i w:val="0"/>
          <w:sz w:val="20"/>
        </w:rPr>
        <w:t>~20 min | Flat sand | All abilities — Walk the full perimeter of South Water Caye along the beach.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5:36AM–6:07PM · Jun 5:19AM–6:26PM · Aug 5:36AM–6:16PM · Sep 5:40AM–5:53PM · Oct 5:45AM–5:30PM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your own snorkel gear. Mask, fins, and a rash guard are worth packing — reef entry is steps from the beach and gear rental can run short during busy…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Reef-safe sunscreen only. The South Water Caye Marine Reserve bans oxybenzone and octinoxate sunscreens. Bring mineral (zinc oxide) sunscreen or buy it before…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USD is widely accepted, but the island has very limited commercial activity. Bring cash for any tips or fees — there are no ATMs on the caye.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cruiseports.org/south-water-caye-belize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