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Soufrière, St. Lucia,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volcanic spires rise straight from the sea. Below them: a drive-in volcano, jewel-colored waterfalls, and the most dramatic small port in the Caribbean.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USD widely accepted (XCD local) · 🗣️ English &amp; French Creole · 🌿 Rainforest &amp; volcano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boats shuttle to Soufrière Town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Jetty drops you right in town; major sights require taxi or water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mud baths, Piton views, snorkeling, lush nature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Sulphur Springs mud bath + Sugar Beach by water taxi between the Pitons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From ~XCD 15 (~$6 USD) flag fare; 4-hr private tour ~$100–150 USD per person — Taxis congregate near the jetty and town square. Fares are government-regulated but unmetered — always agree on a price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Sulphur Springs &amp; Volcanic Mud Bath — </w:t>
      </w:r>
      <w:r>
        <w:rPr>
          <w:rFonts w:ascii="Arial" w:hAnsi="Arial" w:cs="Arial"/>
          <w:b w:val="0"/>
          <w:i w:val="0"/>
          <w:sz w:val="20"/>
        </w:rPr>
        <w:t>The Caribbean's only drive-in volcano.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Pitons Views from the Water — </w:t>
      </w:r>
      <w:r>
        <w:rPr>
          <w:rFonts w:ascii="Arial" w:hAnsi="Arial" w:cs="Arial"/>
          <w:b w:val="0"/>
          <w:i w:val="0"/>
          <w:sz w:val="20"/>
        </w:rPr>
        <w:t>A catamaran or small boat cruise gives you the unbeatable perspective: both Gros Piton and Petit Piton rising 2,500 ft straight…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Gros Piton Hike — </w:t>
      </w:r>
      <w:r>
        <w:rPr>
          <w:rFonts w:ascii="Arial" w:hAnsi="Arial" w:cs="Arial"/>
          <w:b w:val="0"/>
          <w:i w:val="0"/>
          <w:sz w:val="20"/>
        </w:rPr>
        <w:t>A strenuous 4–5 hour round-trip climb to the 2,619-ft summit with panoramic views across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Diamond Falls Botanical Gardens &amp; Mineral Baths — </w:t>
      </w:r>
      <w:r>
        <w:rPr>
          <w:rFonts w:ascii="Arial" w:hAnsi="Arial" w:cs="Arial"/>
          <w:b w:val="0"/>
          <w:i w:val="0"/>
          <w:sz w:val="20"/>
        </w:rPr>
        <w:t>Six lush acres of tropical gardens lead to the Diamond Waterfall, its rocks stained orange, yellow, and green by mineral deposits.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Sugar Beach (Anse de Pitons) by Water Taxi — </w:t>
      </w:r>
      <w:r>
        <w:rPr>
          <w:rFonts w:ascii="Arial" w:hAnsi="Arial" w:cs="Arial"/>
          <w:b w:val="0"/>
          <w:i w:val="0"/>
          <w:sz w:val="20"/>
        </w:rPr>
        <w:t>The beach between the Pitons.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Soufrière Waterfront &amp; Town Square: </w:t>
      </w:r>
      <w:r>
        <w:rPr>
          <w:rFonts w:ascii="Arial" w:hAnsi="Arial" w:cs="Arial"/>
          <w:b w:val="0"/>
          <w:i w:val="0"/>
          <w:sz w:val="20"/>
        </w:rPr>
        <w:t>30–45 min · Flat · Free — From the jetty, walk along the waterfront promenade to the town square and the historic Our Lady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Hummingbird Beach Stroll: </w:t>
      </w:r>
      <w:r>
        <w:rPr>
          <w:rFonts w:ascii="Arial" w:hAnsi="Arial" w:cs="Arial"/>
          <w:b w:val="0"/>
          <w:i w:val="0"/>
          <w:sz w:val="20"/>
        </w:rPr>
        <w:t>15 min walk · Flat · Free — Head north along the coastal road from the jetty roughly 10–15 minutes to reach Hummingbird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5:37AM–6:23PM · Jul 5:44AM–6:35PM · Sep 5:53AM–6:05PM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cruiseports.org/soufriere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Soufrière, St. Lucia,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ufrie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Morne Coubaril Historical Adventure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Diamond Falls Botanical Gardens &amp; Mineral Baths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Tet Paul Nature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Sapphire Falls &amp; Jungle Spa Hike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