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Sorrento, Campania,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sheer cliffs above the Bay of Naples, Sorrento is the Mediterranean's ultimate day-trip hub — ferries to Capri, trains to Pompeii, and a lemon-scented old town all within easy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offshore) · 🕒 Typical call: 8–10 hrs · 💶 Currency: Euro · 🗣️ Language: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Marina Piccola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Lift/elevator (~€1.10) or steep stairs — 10–15 min to Piazza Tasso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Capri day trip, Pompeii, Amalfi Coast excursions, limoncello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Vallone dei Mulini gorge overlook &amp; Gnocchi alla Sorrentina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~€14 — Official taxis wait at Marina Piccola port. The ride to Piazza Tasso (city center) is roughly 1 km and takes about 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Sorrento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Capri Day Trip by Ferry — </w:t>
      </w:r>
      <w:r>
        <w:rPr>
          <w:rFonts w:ascii="Arial" w:hAnsi="Arial" w:cs="Arial"/>
          <w:b w:val="0"/>
          <w:i w:val="0"/>
          <w:sz w:val="20"/>
        </w:rPr>
        <w:t>High-speed ferries depart Marina Piccola for Capri in 20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Pompeii by Circumvesuviana Train — </w:t>
      </w:r>
      <w:r>
        <w:rPr>
          <w:rFonts w:ascii="Arial" w:hAnsi="Arial" w:cs="Arial"/>
          <w:b w:val="0"/>
          <w:i w:val="0"/>
          <w:sz w:val="20"/>
        </w:rPr>
        <w:t>Walk to Sorrento station, take the Circumvesuviana to Pompei Scavi-Villa dei Misteri (30 min), and walk straight into the ruins.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Amalfi Coast by Ferry or Bus — </w:t>
      </w:r>
      <w:r>
        <w:rPr>
          <w:rFonts w:ascii="Arial" w:hAnsi="Arial" w:cs="Arial"/>
          <w:b w:val="0"/>
          <w:i w:val="0"/>
          <w:sz w:val="20"/>
        </w:rPr>
        <w:t>Ferries from Marina Piccola reach Positano and Amalfi in under an hour.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Sorrento Old Town Walk — </w:t>
      </w:r>
      <w:r>
        <w:rPr>
          <w:rFonts w:ascii="Arial" w:hAnsi="Arial" w:cs="Arial"/>
          <w:b w:val="0"/>
          <w:i w:val="0"/>
          <w:sz w:val="20"/>
        </w:rPr>
        <w:t>Explore Piazza Tasso, the Chiostro di San Francesco, Vallone dei Mulini gorge overlook, and the inlaid wood shops of Via San…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Museo Correale di Terranova — </w:t>
      </w:r>
      <w:r>
        <w:rPr>
          <w:rFonts w:ascii="Arial" w:hAnsi="Arial" w:cs="Arial"/>
          <w:b w:val="0"/>
          <w:i w:val="0"/>
          <w:sz w:val="20"/>
        </w:rPr>
        <w:t>A patrician villa surrounded by citrus groves housing Neapolitan art, 18th-century porcelain, and archaeological finds.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Piazza Tasso to Vallone dei Mulini &amp; Back: </w:t>
      </w:r>
      <w:r>
        <w:rPr>
          <w:rFonts w:ascii="Arial" w:hAnsi="Arial" w:cs="Arial"/>
          <w:b w:val="0"/>
          <w:i w:val="0"/>
          <w:sz w:val="20"/>
        </w:rPr>
        <w:t>45 min · Easy · Free — From the top of the Sorrento Lift, walk west along Corso Italia to Piazza Tasso, then duck south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to Marina Grande: </w:t>
      </w:r>
      <w:r>
        <w:rPr>
          <w:rFonts w:ascii="Arial" w:hAnsi="Arial" w:cs="Arial"/>
          <w:b w:val="0"/>
          <w:i w:val="0"/>
          <w:sz w:val="20"/>
        </w:rPr>
        <w:t>30 min down · 20 min bus back · Moderate — From Piazza Tasso head west on Via Marina Grande (signed downhill path) to the old fishing harbor…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5:45AM–8:12PM · Jul 5:44AM–8:31PM · Sep 6:43AM–7:11PM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cruiseports.org/sorrento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Sorrento, Campania,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rrent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Santi Felice and Baccolo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Azienda Agrituristica "La Masseria"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Jovis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Cooperativa S.Antonio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Marina Lobra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Bagni Salvatore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Cala di Mitigliano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Santa Maria delle Grazie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