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Sommarøy Island, Troms,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North of the Arctic Circle yet lined with coral-white sand beaches and shallow turquoise water, Sommarøy earns its 'Arctic Caribbean' nickname. The tiny island—barely 1.5 km long—is walkable end-to-end and famous for a bridge draped in abandoned watches, where visitors leave time itself behind.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small-ship pier · 🕒 Typical call: 5–7 hrs · 💳 Cashless — cards everywhere · 🗣️ Norwegian (English widely spoken) · ☀️ Midnight Sun: May 18 – Jul 26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harbor float; small expedition ships may dock at fishing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1–3 min from tender pier to hotel &amp; village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beaches, scenic hikes, midnight sun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Watch Bridge — railings covered in wristwatches left by visitors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1,400–1,800 (~$133–$171) — Taxis can be arranged for the ~1-hour drive to Tromsø city center. No taxis are permanently stationed on the island; pre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Ørnfløya (Eagle Hill) Viewpoint Hike — </w:t>
      </w:r>
      <w:r>
        <w:rPr>
          <w:rFonts w:ascii="Arial" w:hAnsi="Arial" w:cs="Arial"/>
          <w:b w:val="0"/>
          <w:i w:val="0"/>
          <w:sz w:val="20"/>
        </w:rPr>
        <w:t>Cross the Sommarøy bridge on foot and hike the easy trail to Ørnfløya for the iconic aerial view of both islands curving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Archipelago — </w:t>
      </w:r>
      <w:r>
        <w:rPr>
          <w:rFonts w:ascii="Arial" w:hAnsi="Arial" w:cs="Arial"/>
          <w:b w:val="0"/>
          <w:i w:val="0"/>
          <w:sz w:val="20"/>
        </w:rPr>
        <w:t>Paddle through the maze of skerries surrounding Sommarøy in glassy Arctic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Boat Safari — </w:t>
      </w:r>
      <w:r>
        <w:rPr>
          <w:rFonts w:ascii="Arial" w:hAnsi="Arial" w:cs="Arial"/>
          <w:b w:val="0"/>
          <w:i w:val="0"/>
          <w:sz w:val="20"/>
        </w:rPr>
        <w:t>High-speed rigid inflatable boat tours blast out to the outer islands in search of white-tailed sea eagles, seals, and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Beach Walk &amp; Polar Plunge — </w:t>
      </w:r>
      <w:r>
        <w:rPr>
          <w:rFonts w:ascii="Arial" w:hAnsi="Arial" w:cs="Arial"/>
          <w:b w:val="0"/>
          <w:i w:val="0"/>
          <w:sz w:val="20"/>
        </w:rPr>
        <w:t>Stroll to Sandsvika beach on the island's western side — pure white shell-sand, turquoise water, and open ocean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Hillesøyfjellet Mountain Hike — </w:t>
      </w:r>
      <w:r>
        <w:rPr>
          <w:rFonts w:ascii="Arial" w:hAnsi="Arial" w:cs="Arial"/>
          <w:b w:val="0"/>
          <w:i w:val="0"/>
          <w:sz w:val="20"/>
        </w:rPr>
        <w:t>Cross to neighboring Hillesøy Island (short bridge) and climb the peak for a 360° panorama of the Atlantic and the surrounding…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Village, Watch Bridge &amp; Sandsvika Beach Loop: </w:t>
      </w:r>
      <w:r>
        <w:rPr>
          <w:rFonts w:ascii="Arial" w:hAnsi="Arial" w:cs="Arial"/>
          <w:b w:val="0"/>
          <w:i w:val="0"/>
          <w:sz w:val="20"/>
        </w:rPr>
        <w:t>3–4 km | Easy | 1–1.5 hrs — From the tender pier, walk through the village past traditional red rorbuer fishing cabins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Ørnfløya Viewpoint Trail: </w:t>
      </w:r>
      <w:r>
        <w:rPr>
          <w:rFonts w:ascii="Arial" w:hAnsi="Arial" w:cs="Arial"/>
          <w:b w:val="0"/>
          <w:i w:val="0"/>
          <w:sz w:val="20"/>
        </w:rPr>
        <w:t>~4 km round trip | Easy–moderate | 1.5–2 hrs — Cross the Sommarøy bridge to Kvaløya and follow the marked trail up Ørnfløya (Eagle Hill).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6:02AM–7:21PM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cruiseports.org/sommaroy-island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Sommarøy Island, Troms,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mmaroy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Sommarøy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Husøy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