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Sóller, Mallorca,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into a sheltered bay at the foot of the Serra de Tramuntana, Port de Sóller trades on orange groves, a vintage tramway, and one of Mallorca's prettiest mountain towns —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bay) · 🕒 Typical call: 7-9 hrs · 💶 Euro (€) · 🗣️ Catalan /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anchor in Port de Sóller bay and tender passengers ashore to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de Sóller seafront is steps from the tender landing; vintage tram to Sóller town (~15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mountain scenery, beaches, and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1913 electric tram ride up to Sóller's market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€10–14 — Taxis are readily available at the port and take about 5–7 minutes to Sóller town center. Fixed regulated fares apply 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Vintage Train Palma–Sóller Round Trip — </w:t>
      </w:r>
      <w:r>
        <w:rPr>
          <w:rFonts w:ascii="Arial" w:hAnsi="Arial" w:cs="Arial"/>
          <w:b w:val="0"/>
          <w:i w:val="0"/>
          <w:sz w:val="20"/>
        </w:rPr>
        <w:t>The wood-panelled 1912 train climbs through orange groves and mountain tunnels from Palma to Sóller station — one of the classic…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de Formentor &amp; Lighthouse — </w:t>
      </w:r>
      <w:r>
        <w:rPr>
          <w:rFonts w:ascii="Arial" w:hAnsi="Arial" w:cs="Arial"/>
          <w:b w:val="0"/>
          <w:i w:val="0"/>
          <w:sz w:val="20"/>
        </w:rPr>
        <w:t>A guided full-day tour or taxi excursion to Mallorca's dramatic northern headland, roughly 80 km (about 1¼ hours' drive 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Sóller Market &amp; Orange Grove Walk — </w:t>
      </w:r>
      <w:r>
        <w:rPr>
          <w:rFonts w:ascii="Arial" w:hAnsi="Arial" w:cs="Arial"/>
          <w:b w:val="0"/>
          <w:i w:val="0"/>
          <w:sz w:val="20"/>
        </w:rPr>
        <w:t>Sóller's weekly market (Saturdays) fills Plaça de la Constitució with local oranges, olive oil, and crafts.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de Tramuntana Hiking — </w:t>
      </w:r>
      <w:r>
        <w:rPr>
          <w:rFonts w:ascii="Arial" w:hAnsi="Arial" w:cs="Arial"/>
          <w:b w:val="0"/>
          <w:i w:val="0"/>
          <w:sz w:val="20"/>
        </w:rPr>
        <w:t>The UNESCO-listed mountain range rises steeply behind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Fornalutx &amp; Biniaraix Villages — </w:t>
      </w:r>
      <w:r>
        <w:rPr>
          <w:rFonts w:ascii="Arial" w:hAnsi="Arial" w:cs="Arial"/>
          <w:b w:val="0"/>
          <w:i w:val="0"/>
          <w:sz w:val="20"/>
        </w:rPr>
        <w:t>Often ranked among Spain's most beautiful villages, Fornalutx is a 15-minute taxi ride from Sóller.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de Sóller Seafront Loop: </w:t>
      </w:r>
      <w:r>
        <w:rPr>
          <w:rFonts w:ascii="Arial" w:hAnsi="Arial" w:cs="Arial"/>
          <w:b w:val="0"/>
          <w:i w:val="0"/>
          <w:sz w:val="20"/>
        </w:rPr>
        <w:t>2 km · 30–40 min · flat · no shade midday — Walk the promenade from the cruise pier along the bay to the beach, past cafés and the naval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Sóller Town Centre Walk: </w:t>
      </w:r>
      <w:r>
        <w:rPr>
          <w:rFonts w:ascii="Arial" w:hAnsi="Arial" w:cs="Arial"/>
          <w:b w:val="0"/>
          <w:i w:val="0"/>
          <w:sz w:val="20"/>
        </w:rPr>
        <w:t>1.5 km · 20–30 min · gentle slopes · historic centre — From Sóller tram station, stroll to Plaça de la Constitució to see the modernista church of Sant…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6:34AM–8:57PM · Jul 6:33AM–9:16PM · Sep 7:30AM–7:57PM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cruiseports.org/soller-mallorca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Sóller, Mallorca,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ller-mallor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Perfect Charter - Sóller Boat Trips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Jardins d'Alfàbia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Ferrocarril de Sóller - Estació de Sóller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Carthusian Monastery Valldemossa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Ecovinyassa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 Prunera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Son Marroig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MUCBO | Jardí Botànic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