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Snares Islands, Southland,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predator-free time capsule 200 km south of New Zealand, the Snares teem with millions of seabirds and endemic penguins — all viewable from a Zodiac, since no one is allowed to step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/ scenic cruise (no landings permitted) · 🕒 Typical call: 3–6 hrs · 💵 NZD (no shore facilities) · 🗣️ English · 🐧 Expedition / wildlife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— expedition ships use Zodiac cruises; larger ships scenic sail-by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 — landings are strictly prohibited on all islands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endemic penguins, albatross, seabirds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Snares Crested Penguin 'slide' at Spooner Cove; sooty shearwater black-cloud at dusk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Wildlife Cruise — </w:t>
      </w:r>
      <w:r>
        <w:rPr>
          <w:rFonts w:ascii="Arial" w:hAnsi="Arial" w:cs="Arial"/>
          <w:b w:val="0"/>
          <w:i w:val="0"/>
          <w:sz w:val="20"/>
        </w:rPr>
        <w:t>Board inflatable Zodiacs for a close-up tour of Ho Ho Bay and Spooner Cove, watching Snares Crested Penguins negotiate their…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Sooty Shearwater Dusk Spectacle — </w:t>
      </w:r>
      <w:r>
        <w:rPr>
          <w:rFonts w:ascii="Arial" w:hAnsi="Arial" w:cs="Arial"/>
          <w:b w:val="0"/>
          <w:i w:val="0"/>
          <w:sz w:val="20"/>
        </w:rPr>
        <w:t>If the ship is positioned at dusk, witness millions of sooty shearwaters (tītī) returning to their burrows in a swirling 'black…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Pelagic Seabird Watching — </w:t>
      </w:r>
      <w:r>
        <w:rPr>
          <w:rFonts w:ascii="Arial" w:hAnsi="Arial" w:cs="Arial"/>
          <w:b w:val="0"/>
          <w:i w:val="0"/>
          <w:sz w:val="20"/>
        </w:rPr>
        <w:t>The waters surrounding the Snares attract Southern Royal Albatross, Salvin's Albatross, giant petrels, and cape petrels.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7:32AM–6:14PM · Jun 8:42AM–5:05PM · Aug 7:58AM–5:59PM · Sep 6:58AM–6:40PM · Oct 6:56AM–8:23PM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telephoto lens. Since you stay on the water, a 100–400mm zoom lets you fill the frame with penguins and seals from the Zodiac.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Antarctic conditions. Temperatures hover 5–11 °C year-round; wind chill in an open Zodiac feels far colder. Waterproof trousers, a windproof jacket…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Protect your gear from spray. Salt spray is heavy in Zodiacs. Use a waterproof bag or rain cover for cameras and keep phones in a sealed case.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cruiseports.org/snares-islands-nz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