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Smögen, Bohuslän, Sweden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labyrinth of red boathouses, salty piers, and cliff-top swimming holes — Smögen is Sweden's most photogenic fishing village, best devoured with a paper cone of fresh-caught shrimp in hand.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large pier) · 🕒 Typical call: 5–7 hrs · 💵 Swedish Krona (SEK) · 🗣️ Swedish (English widely spoken) · 🦐 Famous for shrimp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tenders bring passengers to the guest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from tender dock to Smögenbryggan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walks, fresh seafood, cliff swimming, archipelago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Smögenbryggan boardwalk and shrimp at a pier-side stall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110–150 SEK (short trip) — Local taxis serve the Smögen/Kungshamn area. Short hops (e.g. Kungshamn to Smögen) run ~110–150 SEK; hail at the harbour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Smögenbryggan Boardwalk Stroll — </w:t>
      </w:r>
      <w:r>
        <w:rPr>
          <w:rFonts w:ascii="Arial" w:hAnsi="Arial" w:cs="Arial"/>
          <w:b w:val="0"/>
          <w:i w:val="0"/>
          <w:sz w:val="20"/>
        </w:rPr>
        <w:t>Walk the full 800-metre wooden pier past candy-coloured boathouses, souvenir shops, and seafood shacks.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Hållö Island &amp; Lighthouse — </w:t>
      </w:r>
      <w:r>
        <w:rPr>
          <w:rFonts w:ascii="Arial" w:hAnsi="Arial" w:cs="Arial"/>
          <w:b w:val="0"/>
          <w:i w:val="0"/>
          <w:sz w:val="20"/>
        </w:rPr>
        <w:t>A 10-minute boat ride from the harbour, Hållö is a small island with a historic lighthouse and Marmorbassängen — a tidal rock…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Cliff Swimming at Vallevik — </w:t>
      </w:r>
      <w:r>
        <w:rPr>
          <w:rFonts w:ascii="Arial" w:hAnsi="Arial" w:cs="Arial"/>
          <w:b w:val="0"/>
          <w:i w:val="0"/>
          <w:sz w:val="20"/>
        </w:rPr>
        <w:t>A short walk from the pier, Vallevik offers smooth granite cliffs, a diving platform, and a sheltered sandy bay for children.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Nordens Ark Wildlife Park — </w:t>
      </w:r>
      <w:r>
        <w:rPr>
          <w:rFonts w:ascii="Arial" w:hAnsi="Arial" w:cs="Arial"/>
          <w:b w:val="0"/>
          <w:i w:val="0"/>
          <w:sz w:val="20"/>
        </w:rPr>
        <w:t>Sweden's leading endangered-species conservation centre, about 20 minutes east of Smögen.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Smögens Hembygdsmuseum — </w:t>
      </w:r>
      <w:r>
        <w:rPr>
          <w:rFonts w:ascii="Arial" w:hAnsi="Arial" w:cs="Arial"/>
          <w:b w:val="0"/>
          <w:i w:val="0"/>
          <w:sz w:val="20"/>
        </w:rPr>
        <w:t>This intimate heritage museum recreates a late-19th-century fisherman's cottage and displays traditional nets, boats, and gear…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Smögenbryggan End-to-End: </w:t>
      </w:r>
      <w:r>
        <w:rPr>
          <w:rFonts w:ascii="Arial" w:hAnsi="Arial" w:cs="Arial"/>
          <w:b w:val="0"/>
          <w:i w:val="0"/>
          <w:sz w:val="20"/>
        </w:rPr>
        <w:t>1.6 km return · Easy · 30–45 min — Start at the tender landing and walk the full length of the famous wooden boardwalk to its far end…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to Vallevik Swimming Cliffs: </w:t>
      </w:r>
      <w:r>
        <w:rPr>
          <w:rFonts w:ascii="Arial" w:hAnsi="Arial" w:cs="Arial"/>
          <w:b w:val="0"/>
          <w:i w:val="0"/>
          <w:sz w:val="20"/>
        </w:rPr>
        <w:t>1 km · Easy · 15 min walk — Follow the coastal path from the pier toward Vallevik bay for cliff-top swimming with views across…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Smögenbron Bridge Viewpoint: </w:t>
      </w:r>
      <w:r>
        <w:rPr>
          <w:rFonts w:ascii="Arial" w:hAnsi="Arial" w:cs="Arial"/>
          <w:b w:val="0"/>
          <w:i w:val="0"/>
          <w:sz w:val="20"/>
        </w:rPr>
        <w:t>2 km return · Easy · 30 min — Walk over the bridge connecting Smögen to the mainland for panoramic views back over the island's…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4:48AM–9:35PM · Jul 4:33AM–10:07PM · Sep 6:45AM–7:33PM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cruiseports.org/smogen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Smögen, Bohuslän, Sweden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mog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Sotekanalen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Stångehuvuds nature reserve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Smögenbryggan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Pärlane strand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Stenhuggerimuseet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Ramsvikslandet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