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Skopelos Island, Sporades,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greenest island — pine-forested, cobblestoned, and famously the star of Mamma Mia! — delivers authentic Aegean charm without the tourist crowds of better-known islands.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bay) · 🕒 Typical call: 6–8 hrs · 💶 Euro (€) · 🗣️ Greek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Skopelos Town bay; short boat ride to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Tender drops directly at the harbor promenade — town is immediate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Mamma Mia fans, beach lovers, Greek village wandering,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Agios Ioannis Chapel (the wedding-scene rock church) and local tiropita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€3.50 start + €0.70/km — Local taxis are available at the port. Taxis are unmetered — agree on fare before departing. A ride across the island 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Agios Ioannis Chapel — The Mamma Mia Wedding Rock — </w:t>
      </w:r>
      <w:r>
        <w:rPr>
          <w:rFonts w:ascii="Arial" w:hAnsi="Arial" w:cs="Arial"/>
          <w:b w:val="0"/>
          <w:i w:val="0"/>
          <w:sz w:val="20"/>
        </w:rPr>
        <w:t>A tiny whitewashed chapel perched atop a dramatic 100-metre rock pinnacle.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Skopelos Town (Chora) Walking Tour — </w:t>
      </w:r>
      <w:r>
        <w:rPr>
          <w:rFonts w:ascii="Arial" w:hAnsi="Arial" w:cs="Arial"/>
          <w:b w:val="0"/>
          <w:i w:val="0"/>
          <w:sz w:val="20"/>
        </w:rPr>
        <w:t>The old town is a designated settlement of outstanding beauty — car-free lanes, whitewashed houses, bougainvillea, and over 120…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Kastani Beach &amp; Mamma Mia Scenes — </w:t>
      </w:r>
      <w:r>
        <w:rPr>
          <w:rFonts w:ascii="Arial" w:hAnsi="Arial" w:cs="Arial"/>
          <w:b w:val="0"/>
          <w:i w:val="0"/>
          <w:sz w:val="20"/>
        </w:rPr>
        <w:t>Sandy beach fringed by pine trees where 'Does Your Mother Know' and 'Lay All Your Love on Me' were filmed.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Byzantine Monasteries of Mount Palouki — </w:t>
      </w:r>
      <w:r>
        <w:rPr>
          <w:rFonts w:ascii="Arial" w:hAnsi="Arial" w:cs="Arial"/>
          <w:b w:val="0"/>
          <w:i w:val="0"/>
          <w:sz w:val="20"/>
        </w:rPr>
        <w:t>A cluster of beautifully preserved Byzantine-era monasteries on the hillside above Skopelos Town, including Evangelistria…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Skopelos Food &amp; Taverna Experience — </w:t>
      </w:r>
      <w:r>
        <w:rPr>
          <w:rFonts w:ascii="Arial" w:hAnsi="Arial" w:cs="Arial"/>
          <w:b w:val="0"/>
          <w:i w:val="0"/>
          <w:sz w:val="20"/>
        </w:rPr>
        <w:t>Try the island's signature Skopelitiki tiropita — a deep-fried spiral cheese pie made with local goat cheese — unavailable…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Old Town Loop: </w:t>
      </w:r>
      <w:r>
        <w:rPr>
          <w:rFonts w:ascii="Arial" w:hAnsi="Arial" w:cs="Arial"/>
          <w:b w:val="0"/>
          <w:i w:val="0"/>
          <w:sz w:val="20"/>
        </w:rPr>
        <w:t>1.5–2 hrs | Easy to moderate | Free — From the tender dock, stroll the flat harbor promenade past cafes and fishing boats, then duck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6:12AM–8:31PM · Jul 6:11AM–8:50PM · Sep 7:06AM–7:33PM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cruiseports.org/skopelos-island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Skopelos Island, Sporades,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opel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Carved Graves Sedoukia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Albedo Travel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Panormoscar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