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Skomer Island, Pembrokeshire, Wales, UK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uninhabited island nature reserve where puffins walk up to your feet, half the world's Manx Shearwaters nest underground, and Atlantic seals lounge on the rocks below ancient clifftops.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Zodiac landing · 🕒 Typical call: 5-7 hrs · 💷 GBP (£) · 🗣️ English · 🐦 Wildlife season: Apr–Sep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Expedition ships anchor offshore; Zodiac tender to North Haven landing. Larger ships dock at Milford Haven or Pembroke Dock, then transfer to Martin's Haven.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87 steep stone steps from landing jetty to island plateau. No vehicles. Main loop 4 miles / 2-3 hrs; short route to The Wick ~1.5 miles.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Puffin encounters (May–mid-Jul), birdwatching, seal spotting, wildflowers, and unspoilt coastal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Wick puffin colony — birds nest at arm's length from the path; The Garland Stone for grey seals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£35–50 — Local taxis from Martin's Haven can reach Haverfordwest or Milford Haven (approx. 25 min). No metered taxis operate on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Puffin Walk to The Wick — </w:t>
      </w:r>
      <w:r>
        <w:rPr>
          <w:rFonts w:ascii="Arial" w:hAnsi="Arial" w:cs="Arial"/>
          <w:b w:val="0"/>
          <w:i w:val="0"/>
          <w:sz w:val="20"/>
        </w:rPr>
        <w:t>Hike across the island plateau to The Wick, a dramatic south-facing cliff where 40,000+ puffins nest in burrows right beside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Grey Seal &amp; Porpoise Spotting at Garland Stone — </w:t>
      </w:r>
      <w:r>
        <w:rPr>
          <w:rFonts w:ascii="Arial" w:hAnsi="Arial" w:cs="Arial"/>
          <w:b w:val="0"/>
          <w:i w:val="0"/>
          <w:sz w:val="20"/>
        </w:rPr>
        <w:t>Follow the northern trail to the Garland Stone, the best vantage point on the island for watching Atlantic grey seals lounging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Circuit Walk — </w:t>
      </w:r>
      <w:r>
        <w:rPr>
          <w:rFonts w:ascii="Arial" w:hAnsi="Arial" w:cs="Arial"/>
          <w:b w:val="0"/>
          <w:i w:val="0"/>
          <w:sz w:val="20"/>
        </w:rPr>
        <w:t>The full 4-mile perimeter trail loops the entire island, passing bluebell carpets in May, Bronze Age Harold Stone, Manx…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Skomer by Boat (Circumnavigation) — </w:t>
      </w:r>
      <w:r>
        <w:rPr>
          <w:rFonts w:ascii="Arial" w:hAnsi="Arial" w:cs="Arial"/>
          <w:b w:val="0"/>
          <w:i w:val="0"/>
          <w:sz w:val="20"/>
        </w:rPr>
        <w:t>For those who can't manage the 87-step climb, Dale Sailing and similar operators run cruise trips around the island perimeter…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Farm Visitor Centre &amp; Skomer Vole Exhibit — </w:t>
      </w:r>
      <w:r>
        <w:rPr>
          <w:rFonts w:ascii="Arial" w:hAnsi="Arial" w:cs="Arial"/>
          <w:b w:val="0"/>
          <w:i w:val="0"/>
          <w:sz w:val="20"/>
        </w:rPr>
        <w:t>The restored central farmstead houses a small interactive exhibition on the island's conservation history, its Bronze Age past…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Haven to The Wick (Puffin Cliff): </w:t>
      </w:r>
      <w:r>
        <w:rPr>
          <w:rFonts w:ascii="Arial" w:hAnsi="Arial" w:cs="Arial"/>
          <w:b w:val="0"/>
          <w:i w:val="0"/>
          <w:sz w:val="20"/>
        </w:rPr>
        <w:t>1.5 miles / 45-60 mins one-way | Moderate — From the North Haven landing, follow the signed path southwest across the plateau, past the Farm…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Full Island Loop: </w:t>
      </w:r>
      <w:r>
        <w:rPr>
          <w:rFonts w:ascii="Arial" w:hAnsi="Arial" w:cs="Arial"/>
          <w:b w:val="0"/>
          <w:i w:val="0"/>
          <w:sz w:val="20"/>
        </w:rPr>
        <w:t>4 miles / 2.5-3 hrs | Moderate — A circular trail around Skomer's coast and interior, taking in The Wick puffin cliff, Garland Stone…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5:28AM–9:07PM · Jul 5:21AM–9:32PM · Sep 6:56AM–7:35PM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cruiseports.org/skomer-island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Skomer Island, Pembrokeshire, Wales, UK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komer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Skomer Island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Broad Haven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Porthclais Harbour Authority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Musselwick Sands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 Bay Fort &amp;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Ann's Head Lighthouse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