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Skjoldungen Island, Southeast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remote expedition landings — an abandoned Arctic settlement ringed by 6,000-foot peaks, calving glaciers, and icebergs washing ashore like crystal sculptures.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only (no pier) · 🕒 Typical call: 6-9 hrs · 💵 No local economy — ship-only expenses · 🗣️ Danish / Greenlandic (no locals on island) · 🐻 Polar bear territory — guided landings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wet landing — calf-high rubber boots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Landing site is the destination — 0.5–4 mi hikes from 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Expedition photography, glaciers, Arctic silence,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wooden church of the abandoned Skjoldungen settlement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Settlement of Skjoldungen — </w:t>
      </w:r>
      <w:r>
        <w:rPr>
          <w:rFonts w:ascii="Arial" w:hAnsi="Arial" w:cs="Arial"/>
          <w:b w:val="0"/>
          <w:i w:val="0"/>
          <w:sz w:val="20"/>
        </w:rPr>
        <w:t>Walk to the ruins of the village abandoned in 1965 when Denmark relocated its residents.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&amp; Glacier Viewpoint Hike — </w:t>
      </w:r>
      <w:r>
        <w:rPr>
          <w:rFonts w:ascii="Arial" w:hAnsi="Arial" w:cs="Arial"/>
          <w:b w:val="0"/>
          <w:i w:val="0"/>
          <w:sz w:val="20"/>
        </w:rPr>
        <w:t>Expedition-flagged hiking routes lead up rocky slopes to panoramic viewpoints above the fjord, with views of calving glaciers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Safari Among Icebergs — </w:t>
      </w:r>
      <w:r>
        <w:rPr>
          <w:rFonts w:ascii="Arial" w:hAnsi="Arial" w:cs="Arial"/>
          <w:b w:val="0"/>
          <w:i w:val="0"/>
          <w:sz w:val="20"/>
        </w:rPr>
        <w:t>Cruise the fjord by Zodiac at water level, weaving between icebergs and glacier fronts.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the Fjord — </w:t>
      </w:r>
      <w:r>
        <w:rPr>
          <w:rFonts w:ascii="Arial" w:hAnsi="Arial" w:cs="Arial"/>
          <w:b w:val="0"/>
          <w:i w:val="0"/>
          <w:sz w:val="20"/>
        </w:rPr>
        <w:t>Paddle between growlers and bergy bits in one of Greenland's most spectacular fjord systems.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Settlement Ruins &amp; Church Walk: </w:t>
      </w:r>
      <w:r>
        <w:rPr>
          <w:rFonts w:ascii="Arial" w:hAnsi="Arial" w:cs="Arial"/>
          <w:b w:val="0"/>
          <w:i w:val="0"/>
          <w:sz w:val="20"/>
        </w:rPr>
        <w:t>0.5 mi / Easy / 30–45 min — From the Zodiac landing beach, walk north across spongy tundra to the remnants of Skjoldungen…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Shoreline Iceberg Walk: </w:t>
      </w:r>
      <w:r>
        <w:rPr>
          <w:rFonts w:ascii="Arial" w:hAnsi="Arial" w:cs="Arial"/>
          <w:b w:val="0"/>
          <w:i w:val="0"/>
          <w:sz w:val="20"/>
        </w:rPr>
        <w:t>0.3 mi / Easy / 20–30 min — Walk the pebble shoreline where small icebergs (growlers) have grounded on the dark rocks, creating…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Rubber boots are non-negotiable. Mid-calf waterproof boots are essential for wet landings. Most expedition ships provide them — confirm before packing.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Polar bear country. Armed guards patrol the perimeter. Stay within flagged zones at all times — this is serious wilderness, not a photo-op background.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aggressively. Temperature can swing 15°C in minutes with fog or wind. Merino base, fleece mid, and a waterproof windshell as minimum. Gloves even in…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cruiseports.org/skjoldungen-island-greenland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