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Skjervøy, Troms og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living Arctic fishing village at 70° North where polar explorers once made landfall and winter fjords fill with whales. Compact, authentic, and achingly beautiful.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(Skjervøy Kai) · 🕒 Typical call: 5–7 hrs · 💵 Norwegian Krone (NOK) — cards everywhere · 🗣️ Norwegian (English widely spoken) · 🐋 Whale capital of Norway (Oct–Jan)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at Skjervøy Kai, right in the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2–3 min (150 m) to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Polar history, whale watching, Arctic hikes, authentic Norway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Fram Monument, Seppalatunet Museum, Stussnesfjellet viewpoint hike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~100 NOK base + ~15 NOK/km — Local taxis are available in Skjervøy. Norwegian taxi fares start around 100 NOK with per-km charges; given the town's 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Safari (Oct–Jan) — </w:t>
      </w:r>
      <w:r>
        <w:rPr>
          <w:rFonts w:ascii="Arial" w:hAnsi="Arial" w:cs="Arial"/>
          <w:b w:val="0"/>
          <w:i w:val="0"/>
          <w:sz w:val="20"/>
        </w:rPr>
        <w:t>When herring flood the fjords in winter, hundreds of orcas and humpbacks follow.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Seppalatunet Museum — </w:t>
      </w:r>
      <w:r>
        <w:rPr>
          <w:rFonts w:ascii="Arial" w:hAnsi="Arial" w:cs="Arial"/>
          <w:b w:val="0"/>
          <w:i w:val="0"/>
          <w:sz w:val="20"/>
        </w:rPr>
        <w:t>Skjervøy's most surprising gem: the hometown of Leonhard Seppala, the legendary dog musher who led the 1925 Nome serum run.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Stussnesfjellet Viewpoint Hike — </w:t>
      </w:r>
      <w:r>
        <w:rPr>
          <w:rFonts w:ascii="Arial" w:hAnsi="Arial" w:cs="Arial"/>
          <w:b w:val="0"/>
          <w:i w:val="0"/>
          <w:sz w:val="20"/>
        </w:rPr>
        <w:t>A 15-minute walk from the pier reaches the trailhead; an easy-to-moderate gravel path climbs to 161 m with a wooden shelter (Ut 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RIB Fjord Safari (Summer) — </w:t>
      </w:r>
      <w:r>
        <w:rPr>
          <w:rFonts w:ascii="Arial" w:hAnsi="Arial" w:cs="Arial"/>
          <w:b w:val="0"/>
          <w:i w:val="0"/>
          <w:sz w:val="20"/>
        </w:rPr>
        <w:t>Speed through Kvænangen fjord past sea eagles, seals, puffins, and glacial waterfalls.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Walk: Fram Monument &amp; Skjervøy Church — </w:t>
      </w:r>
      <w:r>
        <w:rPr>
          <w:rFonts w:ascii="Arial" w:hAnsi="Arial" w:cs="Arial"/>
          <w:b w:val="0"/>
          <w:i w:val="0"/>
          <w:sz w:val="20"/>
        </w:rPr>
        <w:t>Stroll the harbor to the Fram Monument — marking the polar ship Fram's 1896 landfall at Skjervøy after its epic Arctic drift…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Fram Monument &amp; Strandveien: </w:t>
      </w:r>
      <w:r>
        <w:rPr>
          <w:rFonts w:ascii="Arial" w:hAnsi="Arial" w:cs="Arial"/>
          <w:b w:val="0"/>
          <w:i w:val="0"/>
          <w:sz w:val="20"/>
        </w:rPr>
        <w:t>0.8 km · 15 min · Easy — Walk along the quayside to the Fram Monument at the harbor edge, then follow Strandveien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Stussnesfjellet Summit Hike: </w:t>
      </w:r>
      <w:r>
        <w:rPr>
          <w:rFonts w:ascii="Arial" w:hAnsi="Arial" w:cs="Arial"/>
          <w:b w:val="0"/>
          <w:i w:val="0"/>
          <w:sz w:val="20"/>
        </w:rPr>
        <w:t>3 km round-trip · 1.5 hrs · Moderate — From the town center, follow the marked trail up the hill behind town to the wooden shelter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Walk Toward the Kågen Bridge: </w:t>
      </w:r>
      <w:r>
        <w:rPr>
          <w:rFonts w:ascii="Arial" w:hAnsi="Arial" w:cs="Arial"/>
          <w:b w:val="0"/>
          <w:i w:val="0"/>
          <w:sz w:val="20"/>
        </w:rPr>
        <w:t>2.5 km one-way · 25 min · Easy — A coastal path leads toward the bridge linking Skjervøy to neighbouring Kågen island, passing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4:31AM–8:43PM · Sep 5:49AM–7:10PM · Oct 7:50AM–4:51PM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Cards only, no cash needed. Norway is effectively cashless — every café, kiosk, and tour operator takes Visa/Mastercard. Don't bother exchanging NOK.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Layer up year-round. At 70°N even July averages 10–13°C with wind and rain. Bring a windproof outer layer, hat, and gloves regardless of season.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Whale season is Oct–Jan only. If your cruise calls in summer, skip the whale tours — book a RIB fjord safari or hike instead. The whales follow the herring…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cruiseports.org/skjervoy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