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Skarsvåg,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very top of the world, Skarsvåg is a village of ~60 souls where reindeer roam the roads, king crabs lurk beneath the harbor, and North Cape's cliff rises 14 km away. This is the edge of the earth — and it looks the part.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4–6 hrs · 💵 Norwegian Krone (NOK) — cards widely accepted · 🗣️ Norwegian · ☀️ Midnight Sun (mid-May–late July)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small floating pier in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pier (100–200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North Cape visit, Kirkeporten hike, king crab safari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Norwegian waffle with cloudberry jam at the Christmas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500–650 — Local taxis (Nordkapp Taxisentral DA) run the ~15 km to Honningsvåg in about 22 minutes. Best option for flexibility; pr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Cape (Nordkapp) — </w:t>
      </w:r>
      <w:r>
        <w:rPr>
          <w:rFonts w:ascii="Arial" w:hAnsi="Arial" w:cs="Arial"/>
          <w:b w:val="0"/>
          <w:i w:val="0"/>
          <w:sz w:val="20"/>
        </w:rPr>
        <w:t>Europe's northernmost point rises 307 m above the Barents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Kirkeporten Natural Arch Hike — </w:t>
      </w:r>
      <w:r>
        <w:rPr>
          <w:rFonts w:ascii="Arial" w:hAnsi="Arial" w:cs="Arial"/>
          <w:b w:val="0"/>
          <w:i w:val="0"/>
          <w:sz w:val="20"/>
        </w:rPr>
        <w:t>A spectacular rock arch frames a view of the fjord and the North Cape plateau.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Skarsvåg is ground zero for the giant Red King Crab.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Christmas House (Julehuset) — </w:t>
      </w:r>
      <w:r>
        <w:rPr>
          <w:rFonts w:ascii="Arial" w:hAnsi="Arial" w:cs="Arial"/>
          <w:b w:val="0"/>
          <w:i w:val="0"/>
          <w:sz w:val="20"/>
        </w:rPr>
        <w:t>This family-run cottage is decorated for Christmas 365 days a year.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E-Bike to North Cape — </w:t>
      </w:r>
      <w:r>
        <w:rPr>
          <w:rFonts w:ascii="Arial" w:hAnsi="Arial" w:cs="Arial"/>
          <w:b w:val="0"/>
          <w:i w:val="0"/>
          <w:sz w:val="20"/>
        </w:rPr>
        <w:t>For fit visitors who want to earn that globe photo: rent an e-bike and tackle the 14 km uphill haul to Nordkapp.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Village Loop: </w:t>
      </w:r>
      <w:r>
        <w:rPr>
          <w:rFonts w:ascii="Arial" w:hAnsi="Arial" w:cs="Arial"/>
          <w:b w:val="0"/>
          <w:i w:val="0"/>
          <w:sz w:val="20"/>
        </w:rPr>
        <w:t>30–45 min | Easy | Free — A gentle stroll from the tender pier around the harbor, past the colorful wooden houses, the 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Kirkeporten Arch Hike: </w:t>
      </w:r>
      <w:r>
        <w:rPr>
          <w:rFonts w:ascii="Arial" w:hAnsi="Arial" w:cs="Arial"/>
          <w:b w:val="0"/>
          <w:i w:val="0"/>
          <w:sz w:val="20"/>
        </w:rPr>
        <w:t>1–1.5 hrs | Easy–moderate | Free — Follow signs from the harbor toward Kirkeporten Camping, then take the marked trail up the hillside…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5:27AM–6:53PM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cruiseports.org/skarsvag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Skarsvåg,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arsva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Cape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Nordkapphallen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Kirkeporten in Skarsvåg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Gallery "East of the Sun"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Cuerno del Cabo Norte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Northernmost Point of Europe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