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Sitka,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Alaska's most historic port sits on the outer coast of Baranof Island — Russian cathedrals, Tlingit totem poles, and bald eagles wheeling overhead, all within a short walk of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Docks at Sitka Sound Cruise Terminal / some ships tender downtown · 🕒 Typical call: 7–9 hrs · 💵 US Dollar (USD) · 🌧️ Rain gear essential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 or tender (ship-dependent)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center: </w:t>
      </w:r>
      <w:r>
        <w:rPr>
          <w:rFonts w:ascii="Arial" w:hAnsi="Arial" w:cs="Arial"/>
          <w:b w:val="0"/>
          <w:i w:val="0"/>
          <w:sz w:val="20"/>
        </w:rPr>
        <w:t>~10–15 min shuttle (or tender to downtown)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Wildlife · Totems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Sitka National Historical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– — Taxis are available but limited in Sitka. The ~5–6 mile ride to downtown costs roughly –25; pre-arranging is strongly 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Sitka Rides (The Cool Bus!)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Sitka National Historical Park — </w:t>
      </w:r>
      <w:r>
        <w:rPr>
          <w:rFonts w:ascii="Arial" w:hAnsi="Arial" w:cs="Arial"/>
          <w:b w:val="0"/>
          <w:i w:val="0"/>
          <w:sz w:val="20"/>
        </w:rPr>
        <w:t>The oldest national park in Alaska.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Alaska Raptor Center — </w:t>
      </w:r>
      <w:r>
        <w:rPr>
          <w:rFonts w:ascii="Arial" w:hAnsi="Arial" w:cs="Arial"/>
          <w:b w:val="0"/>
          <w:i w:val="0"/>
          <w:sz w:val="20"/>
        </w:rPr>
        <w:t>A working rehabilitation center for injured bald eagles, owls, and hawks — some permanently resident because they can't be…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of the Bear — </w:t>
      </w:r>
      <w:r>
        <w:rPr>
          <w:rFonts w:ascii="Arial" w:hAnsi="Arial" w:cs="Arial"/>
          <w:b w:val="0"/>
          <w:i w:val="0"/>
          <w:sz w:val="20"/>
        </w:rPr>
        <w:t>A nonprofit bear sanctuary housing orphaned brown bears rescued from the wild.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Michael's Cathedral &amp; Russian Heritage — </w:t>
      </w:r>
      <w:r>
        <w:rPr>
          <w:rFonts w:ascii="Arial" w:hAnsi="Arial" w:cs="Arial"/>
          <w:b w:val="0"/>
          <w:i w:val="0"/>
          <w:sz w:val="20"/>
        </w:rPr>
        <w:t>The onion-domed cathedral at the center of downtown is the oldest Russian Orthodox church in North America (rebuilt after a 1966…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Otter &amp; Wildlife Quest — </w:t>
      </w:r>
      <w:r>
        <w:rPr>
          <w:rFonts w:ascii="Arial" w:hAnsi="Arial" w:cs="Arial"/>
          <w:b w:val="0"/>
          <w:i w:val="0"/>
          <w:sz w:val="20"/>
        </w:rPr>
        <w:t>Sitka Sound is one of the best places in Alaska to see sea otters, Steller sea lions, humpback whales, and seabirds from a small…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Heritage Loop: </w:t>
      </w:r>
      <w:r>
        <w:rPr>
          <w:rFonts w:ascii="Arial" w:hAnsi="Arial" w:cs="Arial"/>
          <w:b w:val="0"/>
          <w:i w:val="0"/>
          <w:sz w:val="20"/>
        </w:rPr>
        <w:t>~2 km · 1–1.5 hrs · easy — From the small boat harbor, walk Lincoln Street past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Indian River Trail to Sitka National Historical Park: </w:t>
      </w:r>
      <w:r>
        <w:rPr>
          <w:rFonts w:ascii="Arial" w:hAnsi="Arial" w:cs="Arial"/>
          <w:b w:val="0"/>
          <w:i w:val="0"/>
          <w:sz w:val="20"/>
        </w:rPr>
        <w:t>~3.5 km one-way · 1.5–2 hrs · easy-moderate — Walk or cab to the park entrance, then follow the totem-lined forest trail along the Indian River…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4:41AM–9:14PM · Jul 4:30AM–9:43PM · Sep 6:33AM–7:17PM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cruiseports.org/sitka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