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Siracusa,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ancient world's greatest cities, Siracusa delivers 2,700 years of history on a walkable island — Greek ruins, a cathedral built inside a temple, and some of Sicily's best street food, all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(Porto Grande) · 🕒 Typical call: 8–10 hrs · 💶 Currency: Euro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Molo Garibaldi or Molo Sant'Antonio, Porto Grande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Ortigia: </w:t>
      </w:r>
      <w:r>
        <w:rPr>
          <w:rFonts w:ascii="Arial" w:hAnsi="Arial" w:cs="Arial"/>
          <w:b w:val="0"/>
          <w:i w:val="0"/>
          <w:sz w:val="20"/>
        </w:rPr>
        <w:t>5–10 min flat walk from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Baroque architecture, Sicilian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Duomo — a Greek temple converted into a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Taxis queue at the port gate and reach Ortigia in about 2 minutes. Expect a €3 flag-fall plus metered fare; agree on a 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Black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Siracusa Open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Neapolis Archaeological Park — </w:t>
      </w:r>
      <w:r>
        <w:rPr>
          <w:rFonts w:ascii="Arial" w:hAnsi="Arial" w:cs="Arial"/>
          <w:b w:val="0"/>
          <w:i w:val="0"/>
          <w:sz w:val="20"/>
        </w:rPr>
        <w:t>The crown jewel of Sicily's ancient past: a massive 5th-century BC Greek Theatre carved from living rock, the eerie Ear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Ortigia Walking Tour — </w:t>
      </w:r>
      <w:r>
        <w:rPr>
          <w:rFonts w:ascii="Arial" w:hAnsi="Arial" w:cs="Arial"/>
          <w:b w:val="0"/>
          <w:i w:val="0"/>
          <w:sz w:val="20"/>
        </w:rPr>
        <w:t>Guided walk through Ortigia's layered history — Temple of Apollo, Piazza Archimede, the Baroque Piazza del Duomo, the Duomo…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Ortigia Street Food &amp; Market Tour — </w:t>
      </w:r>
      <w:r>
        <w:rPr>
          <w:rFonts w:ascii="Arial" w:hAnsi="Arial" w:cs="Arial"/>
          <w:b w:val="0"/>
          <w:i w:val="0"/>
          <w:sz w:val="20"/>
        </w:rPr>
        <w:t>Dive into the morning market's shouting vendors, fresh swordfish, Sicilian cheeses, and giant lemons, then graze on arancini…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Noto — </w:t>
      </w:r>
      <w:r>
        <w:rPr>
          <w:rFonts w:ascii="Arial" w:hAnsi="Arial" w:cs="Arial"/>
          <w:b w:val="0"/>
          <w:i w:val="0"/>
          <w:sz w:val="20"/>
        </w:rPr>
        <w:t>Sicily's Baroque showpiece city, 30 km southwest.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Ortigia Boat Tour &amp; Sea Caves — </w:t>
      </w:r>
      <w:r>
        <w:rPr>
          <w:rFonts w:ascii="Arial" w:hAnsi="Arial" w:cs="Arial"/>
          <w:b w:val="0"/>
          <w:i w:val="0"/>
          <w:sz w:val="20"/>
        </w:rPr>
        <w:t>Cruise around the island by small boat, gliding past Castello Maniace, the Fountain of Arethusa seen from the sea, and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Ortigia Highlights Loop: </w:t>
      </w:r>
      <w:r>
        <w:rPr>
          <w:rFonts w:ascii="Arial" w:hAnsi="Arial" w:cs="Arial"/>
          <w:b w:val="0"/>
          <w:i w:val="0"/>
          <w:sz w:val="20"/>
        </w:rPr>
        <w:t>2.5 km · ~1.5 hrs · Easy / flat — Cross Ponte Umbertino from the port to the Temple of Apollo ruins, then wind through Ortigia's…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Ortigia Southern Tip: </w:t>
      </w:r>
      <w:r>
        <w:rPr>
          <w:rFonts w:ascii="Arial" w:hAnsi="Arial" w:cs="Arial"/>
          <w:b w:val="0"/>
          <w:i w:val="0"/>
          <w:sz w:val="20"/>
        </w:rPr>
        <w:t>1.5 km add-on · ~45 min · Easy — From the Fountain of Arethusa, continue south along the seafront to Castello Maniace at the very…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5:50AM–8:00PM · Jul 5:51AM–8:18PM · Sep 6:41AM–7:06PM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cruiseports.org/siracusa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Siracusa,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racu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Santuario Madonna delle Lacrime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Cave of Pillirina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Altar of Hiero 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 di Capo Murro di Porco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Regionale Paolo Orsi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Riserva Naturale Integrale Grotta Monello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Latomie del Paradiso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Ear of Dionysius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