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Sinop, Black Sea Coast,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Turkey's northernmost city rewards cruise visitors with ancient walls they can touch, a prison-fortress with a dramatic past, and a harbor promenade that begins the moment you step off the gangway.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6-8 hrs · 💵 Turkish Lira (TRY) · 🗣️ Turkish (English limited) · 🏛️ History &amp; culture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ships berth directly at Sinop Limanı on the sheltered south side of the peninsula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Virtually zero — the waterfront promenade begins at the port exit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walkers, Black Sea seafood lovers, off-the-beaten-path Turkey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Sinop Fortress Prison and a bowl of local Sinop mantısı (walnut-butter dumplings)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₺80–₺150 (~$2–$3.50 USD) in-town — Metered yellow taxis are available near the port. Fares within the city are short and inexpensive; negotiate for longer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Sinop Fortress Prison — </w:t>
      </w:r>
      <w:r>
        <w:rPr>
          <w:rFonts w:ascii="Arial" w:hAnsi="Arial" w:cs="Arial"/>
          <w:b w:val="0"/>
          <w:i w:val="0"/>
          <w:sz w:val="20"/>
        </w:rPr>
        <w:t>The 'Alcatraz of Anatolia' — a 13th-century Seljuk fortress that became a notorious state prison, closed 1997.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Walk &amp; Pervane Medresesi — </w:t>
      </w:r>
      <w:r>
        <w:rPr>
          <w:rFonts w:ascii="Arial" w:hAnsi="Arial" w:cs="Arial"/>
          <w:b w:val="0"/>
          <w:i w:val="0"/>
          <w:sz w:val="20"/>
        </w:rPr>
        <w:t>Stroll the 13th-century Islamic seminary turned artisan bazaar, where local craftspeople sell Sinop's signature wooden model…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Hamsilos Bay (Turkey's Only Fjord) — </w:t>
      </w:r>
      <w:r>
        <w:rPr>
          <w:rFonts w:ascii="Arial" w:hAnsi="Arial" w:cs="Arial"/>
          <w:b w:val="0"/>
          <w:i w:val="0"/>
          <w:sz w:val="20"/>
        </w:rPr>
        <w:t>A stunning narrow inlet lined with pine forest — technically a ria but Turkey's closest equivalent to a fjord.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Sinop Archaeological Museum &amp; Balatlar Church — </w:t>
      </w:r>
      <w:r>
        <w:rPr>
          <w:rFonts w:ascii="Arial" w:hAnsi="Arial" w:cs="Arial"/>
          <w:b w:val="0"/>
          <w:i w:val="0"/>
          <w:sz w:val="20"/>
        </w:rPr>
        <w:t>The museum traces Sinop from the Bronze Age through the Ottoman era with a lovely garden of ancient sculptures.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Karakum Beach — </w:t>
      </w:r>
      <w:r>
        <w:rPr>
          <w:rFonts w:ascii="Arial" w:hAnsi="Arial" w:cs="Arial"/>
          <w:b w:val="0"/>
          <w:i w:val="0"/>
          <w:sz w:val="20"/>
        </w:rPr>
        <w:t>Sinop's famous black-sand beach, 3 km from the port.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Fortress Prison Loop: </w:t>
      </w:r>
      <w:r>
        <w:rPr>
          <w:rFonts w:ascii="Arial" w:hAnsi="Arial" w:cs="Arial"/>
          <w:b w:val="0"/>
          <w:i w:val="0"/>
          <w:sz w:val="20"/>
        </w:rPr>
        <w:t>2.5 km · ~1 hr · flat · historic — From the port gate, follow the waterfront promenade north past Uğur Mumcu Parkı, then turn inland…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Archaeology &amp; Byzantine Walk: </w:t>
      </w:r>
      <w:r>
        <w:rPr>
          <w:rFonts w:ascii="Arial" w:hAnsi="Arial" w:cs="Arial"/>
          <w:b w:val="0"/>
          <w:i w:val="0"/>
          <w:sz w:val="20"/>
        </w:rPr>
        <w:t>1.5 km · ~45 min · flat · cultural — From the port, head to the Sinop Archaeological Museum to see artifacts spanning 3,000 years, then…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5:19AM–7:52PM · Jul 5:17AM–8:13PM · Sep 6:19AM–6:48PM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cruiseports.org/sinop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Sinop, Black Sea Coast,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inop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Sinop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Balatlar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Arslan Torun Mansion and Ethnography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Statue of Diogenes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Sinope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Sahin Hill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Sinop Historic Prison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Sinop Kuzey Butik Apart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