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Silver Islet, Ontario,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ghostly silver-rush village clings to the tip of the Sibley Peninsula, where $3 million in silver was wrestled from beneath Lake Superior — and the flooded shafts can still be seen from 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(Zodiac landing) · 🕒 Typical call: 5–7 hrs · 💵 Canadian Dollar (CAD); some USD accepted · 🗣️ English · 🌲 Expedition/adventure vibe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/ Zodiac — ships anchor offshore; land at historic Government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 min from dock to General Store; whole village walkable in 30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hikers, rock collectors, digital detox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Cinnamon buns at Silver Islet General Store &amp; the flooded mine shafts visible from shore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Silver Islet General Store &amp; Museum — </w:t>
      </w:r>
      <w:r>
        <w:rPr>
          <w:rFonts w:ascii="Arial" w:hAnsi="Arial" w:cs="Arial"/>
          <w:b w:val="0"/>
          <w:i w:val="0"/>
          <w:sz w:val="20"/>
        </w:rPr>
        <w:t>The oldest business in Northwestern Ontario (est.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Flooded Mine Shaft Lookout — </w:t>
      </w:r>
      <w:r>
        <w:rPr>
          <w:rFonts w:ascii="Arial" w:hAnsi="Arial" w:cs="Arial"/>
          <w:b w:val="0"/>
          <w:i w:val="0"/>
          <w:sz w:val="20"/>
        </w:rPr>
        <w:t>Walk to the point and peer into the crystal-clear water to see the original wooden cribbing and concrete shaft openings still…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Lion Rock Arch Trail — </w:t>
      </w:r>
      <w:r>
        <w:rPr>
          <w:rFonts w:ascii="Arial" w:hAnsi="Arial" w:cs="Arial"/>
          <w:b w:val="0"/>
          <w:i w:val="0"/>
          <w:sz w:val="20"/>
        </w:rPr>
        <w:t>A moderately challenging 1.5-mile round-trip hike from the Silver Islet trailhead leads to a spectacular natural rock arch…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Sleeping Giant Provincial Park Guided Hike — </w:t>
      </w:r>
      <w:r>
        <w:rPr>
          <w:rFonts w:ascii="Arial" w:hAnsi="Arial" w:cs="Arial"/>
          <w:b w:val="0"/>
          <w:i w:val="0"/>
          <w:sz w:val="20"/>
        </w:rPr>
        <w:t>Ship-organized guided excursions into the park cover Ojibwe legends, Boreal forest ecology, and the geology of the iconic…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Superior Agate &amp; Rock Hunting — </w:t>
      </w:r>
      <w:r>
        <w:rPr>
          <w:rFonts w:ascii="Arial" w:hAnsi="Arial" w:cs="Arial"/>
          <w:b w:val="0"/>
          <w:i w:val="0"/>
          <w:sz w:val="20"/>
        </w:rPr>
        <w:t>The cobblestone beach at Silver Islet is prime hunting ground for Lake Superior agates, Thomsonite, and Ontario's provincial…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Avenue Road Cottage Stroll: </w:t>
      </w:r>
      <w:r>
        <w:rPr>
          <w:rFonts w:ascii="Arial" w:hAnsi="Arial" w:cs="Arial"/>
          <w:b w:val="0"/>
          <w:i w:val="0"/>
          <w:sz w:val="20"/>
        </w:rPr>
        <w:t>1.5 mi round-trip · Easy · 30–45 min — Walk the length of the settlement past 100+ preserved 1870s miners' cottages, the old 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Mine Shaft Point Walk: </w:t>
      </w:r>
      <w:r>
        <w:rPr>
          <w:rFonts w:ascii="Arial" w:hAnsi="Arial" w:cs="Arial"/>
          <w:b w:val="0"/>
          <w:i w:val="0"/>
          <w:sz w:val="20"/>
        </w:rPr>
        <w:t>0.5 mi · Easy · 20 min — Head to the tip of the point past the General Store to reach the lake's edge, where you can look…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6:15AM–9:28PM · Jul 6:10AM–9:51PM · Sep 7:32AM–8:06PM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cruiseports.org/silver-islet-on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Silver Islet, Ontario,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lver-islet-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Sleeping Giant Provincial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Silver Harbour Conservation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Thunder Bay Lookout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